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DESGLOSE DETALLADO DE COSTES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C – Régimen Especial para Entidades Vinculadas (C.2)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GAIX-ESP-2026-004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de necesidades de formación y capacitación en competencias para la economía del dato en España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Este documento es de cumplimentación OBLIGATORIA únicamente para las entidades miembros de la Asociación Gaia-X España o entidades vinculadas a ella (en los términos definidos en el apartado Régimen Especial de Justificación y Tramitación del Pliego de Condiciones). Conforme al Régimen Especial, no se admite facturación de margen comercial, beneficio industrial ni gastos indirectos, y la subcontratación admisible se limita al 50 % del importe.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en nombre y representación de [RAZÓN SOCIAL DE LA EMPRESA] (CIF: [CIF]), entidad declarada vinculada a Asociación Gaia-X España, presenta el siguiente desglose justificativo de los costes correspondientes a la oferta económica para la licitación GAIX-ESP-2026-004: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COSTES DIRECTOS DE PERSONAL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Coste real del personal asignado al proyecto (salario bruto + cotizaciones empresariales a la Seguridad Social). No se incluye ningún margen ni beneficio. Las horas imputadas deberán respaldarse con partes de horas (timesheets) firmados.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Nombre / Perfil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Categoría</w:t>
            </w:r>
          </w:p>
        </w:tc>
        <w:tc>
          <w:tcPr>
            <w:tcW w:type="dxa" w:w="1020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Ded. (h)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Coste h/hora bruto (€)</w:t>
            </w:r>
          </w:p>
        </w:tc>
        <w:tc>
          <w:tcPr>
            <w:tcW w:type="dxa" w:w="124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SS empresa (%)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(€)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  <w:t>SUBTOTAL PERSONAL</w:t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2. COSTES DIRECTOS DE SUBCONTRATACIÓN / PROVEEDORES EXTERNOS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Costes de terceros externos no vinculados, contratados específicamente para este proyecto (máximo 50 % del importe total, conforme al Pliego). Se adjuntarán facturas o presupuestos aceptados.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Proveedor / Concepto</w:t>
            </w:r>
          </w:p>
        </w:tc>
        <w:tc>
          <w:tcPr>
            <w:tcW w:type="dxa" w:w="311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Descripción del servicio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Justificante</w:t>
            </w:r>
          </w:p>
        </w:tc>
        <w:tc>
          <w:tcPr>
            <w:tcW w:type="dxa" w:w="198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(€)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  <w:t>SUBTOTAL SUBCONTRATACIÓN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3. OTROS COSTES DIRECTOS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28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Justificación</w:t>
            </w:r>
          </w:p>
        </w:tc>
        <w:tc>
          <w:tcPr>
            <w:tcW w:type="dxa" w:w="28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(€)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Desplazamientos y dietas (con justificante)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Licencias de software o herramientas específicas del proyecto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Material fungible específico del proyecto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Otros (especificar)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OTROS COSTES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€]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RESUMEN Y TOTAL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1. Costes directos de personal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PERSONAL €]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2. Costes de subcontratación / proveedores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SUBCONTRATACIÓN €]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3. Otros costes directos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OTROS €]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Margen comercial / beneficio industrial / gastos indirectos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0,00 € (PROHIBIDO — Régimen Especial)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TOTAL OFERTA (= Importe del Archivo C)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[TOTAL €]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El/la abajo firmante certifica que el desglose anterior refleja el coste real y efectivo de la prestación del servicio, sin incluir en ningún caso margen comercial, beneficio industrial ni gastos indirectos, conforme a lo dispuesto en el Régimen Especial de Justificación y Tramitación del Pliego de Condiciones. Se declara la disponibilidad de toda la documentación justificativa (nóminas, timesheets firmados, justificantes de pago a la Seguridad Social, facturas de proveedores) para ser aportada en los términos exigidos por la entidad financiadora.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