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80"/>
        <w:jc w:val="left"/>
        <w:rPr/>
      </w:pPr>
      <w:r>
        <w:rPr>
          <w:rFonts w:ascii="Calibri" w:hAnsi="Calibri"/>
          <w:b/>
          <w:color w:val="1F5C99"/>
          <w:sz w:val="28"/>
        </w:rPr>
        <w:t>OFERTA ECONÓMICA</w:t>
      </w:r>
    </w:p>
    <w:p>
      <w:pPr>
        <w:pStyle w:val="Normal"/>
        <w:spacing w:before="0" w:after="40"/>
        <w:rPr/>
      </w:pPr>
      <w:r>
        <w:rPr>
          <w:rFonts w:ascii="Calibri" w:hAnsi="Calibri"/>
          <w:color w:val="1F5C99"/>
          <w:sz w:val="22"/>
        </w:rPr>
        <w:t>Archivo C – Propuesta Económica (C.1)</w:t>
      </w:r>
    </w:p>
    <w:p>
      <w:pPr>
        <w:pStyle w:val="Normal"/>
        <w:pBdr>
          <w:bottom w:val="single" w:sz="6" w:space="1" w:color="2E74B5"/>
        </w:pBdr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TableGrid"/>
        <w:tblW w:w="91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61"/>
        <w:gridCol w:w="4560"/>
      </w:tblGrid>
      <w:tr>
        <w:trPr/>
        <w:tc>
          <w:tcPr>
            <w:tcW w:w="4561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Referencia del expediente:</w:t>
            </w:r>
          </w:p>
        </w:tc>
        <w:tc>
          <w:tcPr>
            <w:tcW w:w="4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GAIX-ESP-2026-004</w:t>
            </w:r>
          </w:p>
        </w:tc>
      </w:tr>
      <w:tr>
        <w:trPr/>
        <w:tc>
          <w:tcPr>
            <w:tcW w:w="4561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Entidad convocante:</w:t>
            </w:r>
          </w:p>
        </w:tc>
        <w:tc>
          <w:tcPr>
            <w:tcW w:w="4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Asociación Gaia-X España (CIF: G72514771)</w:t>
            </w:r>
          </w:p>
        </w:tc>
      </w:tr>
      <w:tr>
        <w:trPr/>
        <w:tc>
          <w:tcPr>
            <w:tcW w:w="4561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b/>
                <w:kern w:val="0"/>
                <w:sz w:val="20"/>
                <w:szCs w:val="22"/>
                <w:lang w:val="en-US" w:eastAsia="en-US" w:bidi="ar-SA"/>
              </w:rPr>
              <w:t>Objeto del contrato:</w:t>
            </w:r>
          </w:p>
        </w:tc>
        <w:tc>
          <w:tcPr>
            <w:tcW w:w="4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Estudio de necesidades de formación y capacitación en competencias para la economía del dato en España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sz w:val="21"/>
        </w:rPr>
        <w:t>Don/Doña [NOMBRE Y APELLIDOS DEL FIRMANTE], con DNI/NIE [DNI/NIE], en calidad de [CARGO], actuando en nombre y representación de la entidad [RAZÓN SOCIAL DE LA EMPRESA] (CIF: [CIF]), PRESENTA la siguiente oferta económica para la licitación GAIX-ESP-2026-004 — «Estudio de necesidades de formación y capacitación en competencias para la economía del dato en España» — convocada por Asociación Gaia-X España:</w:t>
      </w:r>
    </w:p>
    <w:p>
      <w:pPr>
        <w:pStyle w:val="Normal"/>
        <w:spacing w:before="200" w:after="80"/>
        <w:rPr/>
      </w:pPr>
      <w:r>
        <w:rPr>
          <w:rFonts w:ascii="Calibri" w:hAnsi="Calibri"/>
          <w:b/>
          <w:sz w:val="22"/>
        </w:rPr>
        <w:t>IMPORTE DE LA OFERTA</w:t>
      </w:r>
    </w:p>
    <w:tbl>
      <w:tblPr>
        <w:tblStyle w:val="TableGrid"/>
        <w:tblW w:w="9122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4561"/>
        <w:gridCol w:w="4560"/>
      </w:tblGrid>
      <w:tr>
        <w:trPr/>
        <w:tc>
          <w:tcPr>
            <w:tcW w:w="4561" w:type="dxa"/>
            <w:tcBorders/>
            <w:shd w:color="auto" w:fill="1F5C9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color w:val="FFFFFF"/>
                <w:kern w:val="0"/>
                <w:sz w:val="20"/>
                <w:szCs w:val="22"/>
                <w:lang w:val="en-US" w:eastAsia="en-US" w:bidi="ar-SA"/>
              </w:rPr>
              <w:t>Concepto</w:t>
            </w:r>
          </w:p>
        </w:tc>
        <w:tc>
          <w:tcPr>
            <w:tcW w:w="4560" w:type="dxa"/>
            <w:tcBorders/>
            <w:shd w:color="auto" w:fill="1F5C99" w:val="clear"/>
            <w:vAlign w:val="cente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Calibri" w:hAnsi="Calibri"/>
                <w:b/>
                <w:color w:val="FFFFFF"/>
                <w:kern w:val="0"/>
                <w:sz w:val="20"/>
                <w:szCs w:val="22"/>
                <w:lang w:val="en-US" w:eastAsia="en-US" w:bidi="ar-SA"/>
              </w:rPr>
              <w:t>Importe</w:t>
            </w:r>
          </w:p>
        </w:tc>
      </w:tr>
      <w:tr>
        <w:trPr/>
        <w:tc>
          <w:tcPr>
            <w:tcW w:w="4561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Importe total ofertado (IVA excluido)</w:t>
            </w:r>
          </w:p>
        </w:tc>
        <w:tc>
          <w:tcPr>
            <w:tcW w:w="4560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[IMPORTE EN CIFRAS] €</w:t>
            </w:r>
          </w:p>
        </w:tc>
      </w:tr>
      <w:tr>
        <w:trPr/>
        <w:tc>
          <w:tcPr>
            <w:tcW w:w="45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Tipo de IVA aplicable</w:t>
            </w:r>
          </w:p>
        </w:tc>
        <w:tc>
          <w:tcPr>
            <w:tcW w:w="4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[21 / 0 / exento] %</w:t>
            </w:r>
          </w:p>
        </w:tc>
      </w:tr>
      <w:tr>
        <w:trPr/>
        <w:tc>
          <w:tcPr>
            <w:tcW w:w="4561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Importe del IVA</w:t>
            </w:r>
          </w:p>
        </w:tc>
        <w:tc>
          <w:tcPr>
            <w:tcW w:w="4560" w:type="dxa"/>
            <w:tcBorders/>
            <w:shd w:color="auto" w:fill="F2F2F2" w:val="clear"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[IMPORTE IVA] €</w:t>
            </w:r>
          </w:p>
        </w:tc>
      </w:tr>
      <w:tr>
        <w:trPr/>
        <w:tc>
          <w:tcPr>
            <w:tcW w:w="4561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IMPORTE TOTAL (IVA incluido)</w:t>
            </w:r>
          </w:p>
        </w:tc>
        <w:tc>
          <w:tcPr>
            <w:tcW w:w="4560" w:type="dxa"/>
            <w:tcBorders/>
          </w:tcPr>
          <w:p>
            <w:pPr>
              <w:pStyle w:val="Normal"/>
              <w:widowControl/>
              <w:spacing w:lineRule="auto" w:line="240" w:before="0" w:after="0"/>
              <w:jc w:val="left"/>
              <w:rPr>
                <w:rFonts w:ascii="Cambria" w:hAnsi="Cambria" w:eastAsia="ＭＳ 明朝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ＭＳ 明朝" w:cs="" w:ascii="Times New Roman" w:hAnsi="Times New Roman"/>
                <w:kern w:val="0"/>
                <w:sz w:val="20"/>
                <w:szCs w:val="22"/>
                <w:lang w:val="en-US" w:eastAsia="en-US" w:bidi="ar-SA"/>
              </w:rPr>
              <w:t>[IMPORTE TOTAL] €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sz w:val="21"/>
        </w:rPr>
        <w:t>Importe total en letra: [IMPORTE EN LETRA] euros (IVA excluido).</w:t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b/>
          <w:color w:val="C55A11"/>
          <w:sz w:val="20"/>
        </w:rPr>
        <w:t xml:space="preserve">⚠  </w:t>
      </w:r>
      <w:r>
        <w:rPr>
          <w:rFonts w:ascii="Times New Roman" w:hAnsi="Times New Roman"/>
          <w:b/>
          <w:color w:val="C55A11"/>
          <w:sz w:val="20"/>
        </w:rPr>
        <w:t>El presupuesto máximo (base de licitación) es de 28.926,00 € (IVA excluido) (equivalente aproximado a 35.000,00 € IVA incluido al tipo general del 21 %). Las ofertas que superen dicho importe serán excluidas automáticamente del procedimiento de licitación.</w:t>
      </w:r>
    </w:p>
    <w:p>
      <w:pPr>
        <w:pStyle w:val="Normal"/>
        <w:spacing w:before="40" w:after="80"/>
        <w:ind w:left="170"/>
        <w:rPr/>
      </w:pPr>
      <w:r>
        <w:rPr>
          <w:rFonts w:ascii="Times New Roman" w:hAnsi="Times New Roman"/>
          <w:i/>
          <w:color w:val="707070"/>
          <w:sz w:val="19"/>
        </w:rPr>
        <w:t xml:space="preserve">▸ </w:t>
      </w:r>
      <w:r>
        <w:rPr>
          <w:rFonts w:ascii="Times New Roman" w:hAnsi="Times New Roman"/>
          <w:i/>
          <w:color w:val="707070"/>
          <w:sz w:val="19"/>
        </w:rPr>
        <w:t>Se considerarán anormalmente bajas las ofertas cuyo precio sea inferior en más de un 25 % a la media de las ofertas admitidas. En tal caso se solicitará justificación al oferente y, de no resultar convincente respecto a la viabilidad de la ejecución con la calidad exigida, la oferta será excluida.</w:t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sz w:val="21"/>
        </w:rPr>
        <w:t xml:space="preserve">La presente oferta tiene una validez de </w:t>
      </w:r>
      <w:r>
        <w:rPr>
          <w:rFonts w:ascii="Times New Roman" w:hAnsi="Times New Roman"/>
          <w:sz w:val="21"/>
        </w:rPr>
        <w:t>6</w:t>
      </w:r>
      <w:r>
        <w:rPr>
          <w:rFonts w:ascii="Times New Roman" w:hAnsi="Times New Roman"/>
          <w:sz w:val="21"/>
        </w:rPr>
        <w:t>0 días naturales a contar desde la fecha límite de presentación (28 de agosto de 2026), período durante el cual el licitador queda vinculado irrevocablemente a sus términos.</w:t>
      </w:r>
    </w:p>
    <w:p>
      <w:pPr>
        <w:pStyle w:val="Normal"/>
        <w:rPr/>
      </w:pPr>
      <w:r>
        <w:rPr/>
      </w:r>
    </w:p>
    <w:p>
      <w:pPr>
        <w:pStyle w:val="Normal"/>
        <w:spacing w:before="200" w:after="80"/>
        <w:rPr/>
      </w:pPr>
      <w:r>
        <w:rPr>
          <w:rFonts w:ascii="Calibri" w:hAnsi="Calibri"/>
          <w:b/>
          <w:sz w:val="22"/>
        </w:rPr>
        <w:t>FIRMA DEL REPRESENTANTE LEGAL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Nombre y apellidos: </w:t>
      </w:r>
      <w:r>
        <w:rPr>
          <w:rFonts w:ascii="Times New Roman" w:hAnsi="Times New Roman"/>
          <w:sz w:val="21"/>
        </w:rPr>
        <w:t>[NOMBRE Y APELLIDOS DEL FIRMANTE]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Cargo: </w:t>
      </w:r>
      <w:r>
        <w:rPr>
          <w:rFonts w:ascii="Times New Roman" w:hAnsi="Times New Roman"/>
          <w:sz w:val="21"/>
        </w:rPr>
        <w:t>[CARGO EN LA EMPRESA]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En nombre de: </w:t>
      </w:r>
      <w:r>
        <w:rPr>
          <w:rFonts w:ascii="Times New Roman" w:hAnsi="Times New Roman"/>
          <w:sz w:val="21"/>
        </w:rPr>
        <w:t>[RAZÓN SOCIAL DE LA EMPRESA]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CIF de la empresa: </w:t>
      </w:r>
      <w:r>
        <w:rPr>
          <w:rFonts w:ascii="Times New Roman" w:hAnsi="Times New Roman"/>
          <w:sz w:val="21"/>
        </w:rPr>
        <w:t>[CIF]</w:t>
      </w:r>
    </w:p>
    <w:p>
      <w:pPr>
        <w:pStyle w:val="Normal"/>
        <w:spacing w:before="40" w:after="60"/>
        <w:rPr/>
      </w:pPr>
      <w:r>
        <w:rPr>
          <w:rFonts w:ascii="Times New Roman" w:hAnsi="Times New Roman"/>
          <w:b/>
          <w:sz w:val="21"/>
        </w:rPr>
        <w:t xml:space="preserve">Lugar y fecha: </w:t>
      </w:r>
      <w:r>
        <w:rPr>
          <w:rFonts w:ascii="Times New Roman" w:hAnsi="Times New Roman"/>
          <w:sz w:val="21"/>
        </w:rPr>
        <w:t>[CIUDAD], a [DÍA] de [MES] de 2026</w:t>
      </w:r>
    </w:p>
    <w:p>
      <w:pPr>
        <w:pStyle w:val="Normal"/>
        <w:rPr/>
      </w:pPr>
      <w:r>
        <w:rPr/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sz w:val="21"/>
        </w:rPr>
        <w:t>Firma y sello de la entidad: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spacing w:before="40" w:after="80"/>
        <w:rPr/>
      </w:pPr>
      <w:r>
        <w:rPr>
          <w:rFonts w:ascii="Times New Roman" w:hAnsi="Times New Roman"/>
          <w:sz w:val="21"/>
        </w:rPr>
        <w:t>____________________________________________</w:t>
      </w:r>
    </w:p>
    <w:sectPr>
      <w:type w:val="nextPage"/>
      <w:pgSz w:w="12240" w:h="15840"/>
      <w:pgMar w:left="1701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Calibri">
    <w:charset w:val="01"/>
    <w:family w:val="roman"/>
    <w:pitch w:val="variable"/>
  </w:font>
  <w:font w:name="Courier">
    <w:altName w:val="Courier New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52"/>
  <w:defaultTabStop w:val="720"/>
  <w:mailMerge>
    <w:mainDocumentType w:val="formLetters"/>
    <w:dataType w:val="textFile"/>
    <w:query w:val="SELECT * FROM cointributors.dbo.Sheet1$"/>
  </w:mailMerge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76" w:before="0" w:after="20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480" w:after="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00" w:after="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618bf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themeColor="accent1" w:val="4F81BD"/>
    </w:rPr>
  </w:style>
  <w:style w:type="character" w:styleId="TitleChar" w:customStyle="1">
    <w:name w:val="Title Char"/>
    <w:basedOn w:val="DefaultParagraphFont"/>
    <w:link w:val="Title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themeColor="text1" w:val="000000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themeColor="accent1" w:val="4F81BD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themeShade="7f" w:val="243F6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themeShade="7f" w:val="243F6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themeColor="accent1" w:val="4F81BD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themeColor="accent1" w:val="4F81BD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200"/>
      <w:ind w:hanging="360" w:left="360"/>
      <w:contextualSpacing/>
    </w:pPr>
    <w:rPr/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themeColor="accent1" w:val="4F81BD"/>
      <w:sz w:val="18"/>
      <w:szCs w:val="18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200"/>
      <w:ind w:left="72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2"/>
    <w:basedOn w:val="Normal"/>
    <w:uiPriority w:val="99"/>
    <w:unhideWhenUsed/>
    <w:qFormat/>
    <w:rsid w:val="00326f90"/>
    <w:pPr>
      <w:spacing w:before="0" w:after="200"/>
      <w:ind w:hanging="360" w:left="720"/>
      <w:contextualSpacing/>
    </w:pPr>
    <w:rPr/>
  </w:style>
  <w:style w:type="paragraph" w:styleId="List3">
    <w:name w:val="List 3"/>
    <w:basedOn w:val="Normal"/>
    <w:uiPriority w:val="99"/>
    <w:unhideWhenUsed/>
    <w:qFormat/>
    <w:rsid w:val="00326f90"/>
    <w:pPr>
      <w:spacing w:before="0" w:after="200"/>
      <w:ind w:hanging="360" w:left="1080"/>
      <w:contextualSpacing/>
    </w:pPr>
    <w:rPr/>
  </w:style>
  <w:style w:type="paragraph" w:styleId="ListBullet">
    <w:name w:val="List Bullet"/>
    <w:basedOn w:val="Normal"/>
    <w:uiPriority w:val="99"/>
    <w:unhideWhenUsed/>
    <w:rsid w:val="00326f90"/>
    <w:pPr>
      <w:numPr>
        <w:ilvl w:val="0"/>
        <w:numId w:val="1"/>
      </w:numPr>
      <w:spacing w:before="0" w:after="200"/>
      <w:contextualSpacing/>
    </w:pPr>
    <w:rPr/>
  </w:style>
  <w:style w:type="paragraph" w:styleId="ListBullet2">
    <w:name w:val="List Bullet 2"/>
    <w:basedOn w:val="Normal"/>
    <w:uiPriority w:val="99"/>
    <w:unhideWhenUsed/>
    <w:rsid w:val="00326f90"/>
    <w:pPr>
      <w:numPr>
        <w:ilvl w:val="0"/>
        <w:numId w:val="2"/>
      </w:numPr>
      <w:spacing w:before="0" w:after="200"/>
      <w:contextualSpacing/>
    </w:pPr>
    <w:rPr/>
  </w:style>
  <w:style w:type="paragraph" w:styleId="ListBullet3">
    <w:name w:val="List Bullet 3"/>
    <w:basedOn w:val="Normal"/>
    <w:uiPriority w:val="99"/>
    <w:unhideWhenUsed/>
    <w:rsid w:val="00326f90"/>
    <w:pPr>
      <w:numPr>
        <w:ilvl w:val="0"/>
        <w:numId w:val="3"/>
      </w:numPr>
      <w:spacing w:before="0" w:after="200"/>
      <w:contextualSpacing/>
    </w:pPr>
    <w:rPr/>
  </w:style>
  <w:style w:type="paragraph" w:styleId="ListNumber">
    <w:name w:val="List Number"/>
    <w:basedOn w:val="Normal"/>
    <w:uiPriority w:val="99"/>
    <w:unhideWhenUsed/>
    <w:rsid w:val="00326f90"/>
    <w:pPr>
      <w:numPr>
        <w:ilvl w:val="0"/>
        <w:numId w:val="4"/>
      </w:numPr>
      <w:spacing w:before="0" w:after="200"/>
      <w:contextualSpacing/>
    </w:pPr>
    <w:rPr/>
  </w:style>
  <w:style w:type="paragraph" w:styleId="ListNumber2">
    <w:name w:val="List Number 2"/>
    <w:basedOn w:val="Normal"/>
    <w:uiPriority w:val="99"/>
    <w:unhideWhenUsed/>
    <w:rsid w:val="0029639d"/>
    <w:pPr>
      <w:numPr>
        <w:ilvl w:val="0"/>
        <w:numId w:val="5"/>
      </w:numPr>
      <w:spacing w:before="0" w:after="200"/>
      <w:contextualSpacing/>
    </w:pPr>
    <w:rPr/>
  </w:style>
  <w:style w:type="paragraph" w:styleId="ListNumber3">
    <w:name w:val="List Number 3"/>
    <w:basedOn w:val="Normal"/>
    <w:uiPriority w:val="99"/>
    <w:unhideWhenUsed/>
    <w:rsid w:val="0029639d"/>
    <w:pPr>
      <w:numPr>
        <w:ilvl w:val="0"/>
        <w:numId w:val="6"/>
      </w:numPr>
      <w:spacing w:before="0" w:after="200"/>
      <w:contextualSpacing/>
    </w:pPr>
    <w:rPr/>
  </w:style>
  <w:style w:type="paragraph" w:styleId="ListContinue">
    <w:name w:val="List Continue"/>
    <w:basedOn w:val="Normal"/>
    <w:uiPriority w:val="99"/>
    <w:unhideWhenUsed/>
    <w:rsid w:val="0029639d"/>
    <w:pPr>
      <w:spacing w:before="0" w:after="120"/>
      <w:ind w:left="360"/>
      <w:contextualSpacing/>
    </w:pPr>
    <w:rPr/>
  </w:style>
  <w:style w:type="paragraph" w:styleId="ListContinue2">
    <w:name w:val="List Continue 2"/>
    <w:basedOn w:val="Normal"/>
    <w:uiPriority w:val="99"/>
    <w:unhideWhenUsed/>
    <w:rsid w:val="0029639d"/>
    <w:pPr>
      <w:spacing w:before="0" w:after="120"/>
      <w:ind w:left="720"/>
      <w:contextualSpacing/>
    </w:pPr>
    <w:rPr/>
  </w:style>
  <w:style w:type="paragraph" w:styleId="ListContinue3">
    <w:name w:val="List Continue 3"/>
    <w:basedOn w:val="Normal"/>
    <w:uiPriority w:val="99"/>
    <w:unhideWhenUsed/>
    <w:rsid w:val="0029639d"/>
    <w:pPr>
      <w:spacing w:before="0" w:after="120"/>
      <w:ind w:left="108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themeColor="text1"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themeColor="accent1" w:val="4F81BD"/>
    </w:rPr>
  </w:style>
  <w:style w:type="paragraph" w:styleId="IndexHeading">
    <w:name w:val="Index Heading"/>
    <w:basedOn w:val="Heading"/>
    <w:pPr/>
    <w:rPr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/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Application>LibreOffice/24.2.7.2$Linux_X86_64 LibreOffice_project/420$Build-2</Application>
  <AppVersion>15.0000</AppVersion>
  <Pages>2</Pages>
  <Words>316</Words>
  <Characters>1739</Characters>
  <CharactersWithSpaces>2027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dc:language>es-ES</dc:language>
  <cp:lastModifiedBy/>
  <dcterms:modified xsi:type="dcterms:W3CDTF">2026-08-14T12:01:28Z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