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left"/>
        <w:rPr/>
      </w:pPr>
      <w:r>
        <w:rPr>
          <w:rFonts w:ascii="Calibri" w:hAnsi="Calibri"/>
          <w:b/>
          <w:color w:val="1F5C99"/>
          <w:sz w:val="28"/>
        </w:rPr>
        <w:t>CURRÍCULUM VITAE — EQUIPO DE TRABAJO</w:t>
      </w:r>
    </w:p>
    <w:p>
      <w:pPr>
        <w:pStyle w:val="Normal"/>
        <w:spacing w:before="0" w:after="40"/>
        <w:rPr/>
      </w:pPr>
      <w:r>
        <w:rPr>
          <w:rFonts w:ascii="Calibri" w:hAnsi="Calibri"/>
          <w:color w:val="1F5C99"/>
          <w:sz w:val="22"/>
        </w:rPr>
        <w:t>Archivo B – Documentación Técnica (B.3)</w:t>
      </w:r>
    </w:p>
    <w:p>
      <w:pPr>
        <w:pStyle w:val="Normal"/>
        <w:pBdr>
          <w:bottom w:val="single" w:sz="6" w:space="1" w:color="2E74B5"/>
        </w:pBdr>
        <w:rPr/>
      </w:pPr>
      <w:r>
        <w:rPr/>
      </w:r>
    </w:p>
    <w:p>
      <w:pPr>
        <w:pStyle w:val="Normal"/>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Instrucciones: este documento contiene 4 bloques «PERFIL» — el mínimo exigido por el Pliego, uno por cada uno de los 4 roles mínimos del equipo (§7). Cada bloque PERFIL se cumplimenta para UN solo rol. Si una misma persona cubre dos de los cuatro roles mínimos (permitido por el Pliego, acreditando ambas capacidades de forma independiente), duplique sus datos personales y de experiencia en los dos bloques PERFIL correspondientes a cada rol — no combine dos roles dentro de un mismo bloque. Si el equipo incluye más de 4 personas o roles adicionales no mínimos, duplique el bloque PERFIL completo (copie los apartados 1 a 5 de un bloque y péguelos a continuación del último, renumerando como PERFIL 5, PERFIL 6, etc.) tantas veces como sea necesario. Los campos marcados con (*) son obligatorios para verificar el cumplimiento de los requisitos mínimos de exclusión. La declaración de veracidad y las firmas se cumplimentan una sola vez, al final del documento, para el conjunto de personas incluidas.</w:t>
      </w:r>
    </w:p>
    <w:p>
      <w:pPr>
        <w:pStyle w:val="Normal"/>
        <w:rPr/>
      </w:pPr>
      <w:r>
        <w:rPr/>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b/>
                <w:kern w:val="0"/>
                <w:sz w:val="20"/>
                <w:szCs w:val="22"/>
                <w:lang w:val="en-US" w:eastAsia="en-US" w:bidi="ar-SA"/>
              </w:rPr>
              <w:t>Referencia del expediente: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GAIX-ESP-2026-003</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b/>
                <w:kern w:val="0"/>
                <w:sz w:val="20"/>
                <w:szCs w:val="22"/>
                <w:lang w:val="en-US" w:eastAsia="en-US" w:bidi="ar-SA"/>
              </w:rPr>
              <w:t>Entidad convocante:</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Asociación Gaia-X España (CIF: G72514771)</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b/>
                <w:kern w:val="0"/>
                <w:sz w:val="20"/>
                <w:szCs w:val="22"/>
                <w:lang w:val="en-US" w:eastAsia="en-US" w:bidi="ar-SA"/>
              </w:rPr>
              <w:t>Objeto del contrato: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Estudio sobre estrategia para entidades públicas para la economía del dato</w:t>
            </w:r>
          </w:p>
        </w:tc>
      </w:tr>
    </w:tbl>
    <w:p>
      <w:pPr>
        <w:pStyle w:val="Normal"/>
        <w:rPr/>
      </w:pPr>
      <w:r>
        <w:rPr/>
      </w:r>
    </w:p>
    <w:p>
      <w:pPr>
        <w:pStyle w:val="Normal"/>
        <w:spacing w:before="0" w:after="80"/>
        <w:jc w:val="left"/>
        <w:rPr/>
      </w:pPr>
      <w:r>
        <w:rPr>
          <w:rFonts w:ascii="Calibri" w:hAnsi="Calibri"/>
          <w:b/>
          <w:color w:val="1F5C99"/>
          <w:sz w:val="26"/>
        </w:rPr>
        <w:t>PERFIL 1</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Este bloque corresponde a UN rol cubierto por UNA persona. Si esta misma persona cubre un segundo rol de los 4 mínimos, duplique este bloque completo (por ejemplo, como «PERFIL 1 bis» o reordenando la numeración) y cumplimente en él el segundo rol, repitiendo sus datos personales.</w:t>
      </w:r>
    </w:p>
    <w:p>
      <w:pPr>
        <w:pStyle w:val="Normal"/>
        <w:spacing w:before="200" w:after="80"/>
        <w:rPr/>
      </w:pPr>
      <w:r>
        <w:rPr>
          <w:rFonts w:ascii="Calibri" w:hAnsi="Calibri"/>
          <w:b/>
          <w:sz w:val="22"/>
        </w:rPr>
        <w:t>1. DATOS PERSONALES</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 (*)</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Correo electrónico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 de contacto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2. ROL QUE CUBRE ESTE PERFIL (*)</w:t>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Marque UN único rol para este perfil. Un mismo perfil solo puede cubrir un rol; si la persona cubre un segundo rol de los cuatro mínimos, duplique este bloque completo en otro PERFIL y márquelo allí (no marque dos roles en el mismo bloque).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Rol (marque uno)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Requisito mínimo asociado</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A. Director/a del proyecto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más de 8 años de experiencia en economía del dato, gobierno del dato o transformación digital del sector público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B. Experto/a en espacios de datos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experiencia demostrable en 3 iniciativas de espacios de datos o compartición de datos (europeas o nacionales) en los últimos 5 años</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C. Experto/a en sector público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del marco jurídico y organizativo de las administraciones públicas españolas, incluida la administración local, con 5 años de experiencia</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D. Experto/a en administración local y territorial e implantación organizativa</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acreditado de la gestión pública local y supramunicipal, y experiencia en el diseño e implantación de estrategias, planes o proyectos organizativos en el sector público, con 5 años de experiencia</w:t>
            </w:r>
          </w:p>
        </w:tc>
      </w:tr>
    </w:tbl>
    <w:p>
      <w:pPr>
        <w:pStyle w:val="Normal"/>
        <w:rPr/>
      </w:pPr>
      <w:r>
        <w:rPr/>
      </w:r>
    </w:p>
    <w:p>
      <w:pPr>
        <w:pStyle w:val="Normal"/>
        <w:spacing w:before="200" w:after="80"/>
        <w:rPr/>
      </w:pPr>
      <w:r>
        <w:rPr>
          <w:rFonts w:ascii="Calibri" w:hAnsi="Calibri"/>
          <w:b/>
          <w:sz w:val="22"/>
        </w:rPr>
        <w:t>3. EXPERIENCIA ESPECÍFICA EN EL ROL MARCADO (*)</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Para que la experiencia se considere válida y verificable deberá identificar de forma explícita e inequívoca: proyectos o posiciones concretas con fechas de inicio y fin, cliente o entidad, y el rol específico desempeñado por esta persona. No se admitirán afirmaciones genéricas no verificables (p. ej. 'participación en proyectos de transformación digital' sin mayor detalle).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Años de experiencia acreditados en este rol</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 xml:space="preserve">   </w:t>
            </w:r>
            <w:r>
              <w:rPr>
                <w:rFonts w:eastAsia="ＭＳ 明朝" w:cs="" w:ascii="Times New Roman" w:hAnsi="Times New Roman"/>
                <w:kern w:val="0"/>
                <w:sz w:val="20"/>
                <w:szCs w:val="22"/>
                <w:lang w:val="en-US" w:eastAsia="en-US" w:bidi="ar-SA"/>
              </w:rPr>
              <w:t>años (desde [AÑO INICIO])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Descripción resumida de la experiencia (iniciativas, clientes, hitos)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4. EXPERIENCIA PROFESIONAL (ÚLTIMOS 10 AÑOS)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Indique en orden cronológico inverso. Añada filas si fuera necesario.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Organización / Empresa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br/>
              <w:t>(MM/AAAA–MM/AAAA)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Cargo / Puesto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Funciones principales</w:t>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5. PROYECTOS RELEVANTES RELACIONADOS CON EL OBJETO DEL CONTRATO</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Incluya un máximo de 5 proyectos con mayor relación con el objeto de este contrato (economía del dato, espacios de datos, gobierno del dato, administración local). Estos proyectos, junto con los del resto del equipo, sustentan el criterio de valoración 'Experiencia y adecuación del equipo por encima de los mínimos de solvencia'.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Nombre del proyecto</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Cliente / Entidad</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Descripción y relación con el objeto del contrato</w:t>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rPr/>
      </w:pPr>
      <w:r>
        <w:rPr/>
      </w:r>
      <w:r>
        <w:br w:type="page"/>
      </w:r>
    </w:p>
    <w:p>
      <w:pPr>
        <w:pStyle w:val="Normal"/>
        <w:spacing w:before="0" w:after="80"/>
        <w:jc w:val="left"/>
        <w:rPr/>
      </w:pPr>
      <w:r>
        <w:rPr>
          <w:rFonts w:ascii="Calibri" w:hAnsi="Calibri"/>
          <w:b/>
          <w:color w:val="1F5C99"/>
          <w:sz w:val="26"/>
        </w:rPr>
        <w:t>PERFIL 2</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Este bloque corresponde a UN rol cubierto por UNA persona. Si esta misma persona cubre un segundo rol de los 4 mínimos, duplique este bloque completo (por ejemplo, como «PERFIL 2 bis» o reordenando la numeración) y cumplimente en él el segundo rol, repitiendo sus datos personales.</w:t>
      </w:r>
    </w:p>
    <w:p>
      <w:pPr>
        <w:pStyle w:val="Normal"/>
        <w:spacing w:before="200" w:after="80"/>
        <w:rPr/>
      </w:pPr>
      <w:r>
        <w:rPr>
          <w:rFonts w:ascii="Calibri" w:hAnsi="Calibri"/>
          <w:b/>
          <w:sz w:val="22"/>
        </w:rPr>
        <w:t>1. DATOS PERSONALES</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 (*)</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Correo electrónico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 de contacto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2. ROL QUE CUBRE ESTE PERFIL (*)</w:t>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Marque UN único rol para este perfil. Un mismo perfil solo puede cubrir un rol; si la persona cubre un segundo rol de los cuatro mínimos, duplique este bloque completo en otro PERFIL y márquelo allí (no marque dos roles en el mismo bloque).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Rol (marque uno)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Requisito mínimo asociado</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A. Director/a del proyecto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más de 8 años de experiencia en economía del dato, gobierno del dato o transformación digital del sector público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B. Experto/a en espacios de datos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experiencia demostrable en 3 iniciativas de espacios de datos o compartición de datos (europeas o nacionales) en los últimos 5 años</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C. Experto/a en sector público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del marco jurídico y organizativo de las administraciones públicas españolas, incluida la administración local, con 5 años de experiencia</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D. Experto/a en administración local y territorial e implantación organizativa</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acreditado de la gestión pública local y supramunicipal, y experiencia en el diseño e implantación de estrategias, planes o proyectos organizativos en el sector público, con 5 años de experiencia</w:t>
            </w:r>
          </w:p>
        </w:tc>
      </w:tr>
    </w:tbl>
    <w:p>
      <w:pPr>
        <w:pStyle w:val="Normal"/>
        <w:rPr/>
      </w:pPr>
      <w:r>
        <w:rPr/>
      </w:r>
    </w:p>
    <w:p>
      <w:pPr>
        <w:pStyle w:val="Normal"/>
        <w:spacing w:before="200" w:after="80"/>
        <w:rPr/>
      </w:pPr>
      <w:r>
        <w:rPr>
          <w:rFonts w:ascii="Calibri" w:hAnsi="Calibri"/>
          <w:b/>
          <w:sz w:val="22"/>
        </w:rPr>
        <w:t>3. EXPERIENCIA ESPECÍFICA EN EL ROL MARCADO (*)</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Para que la experiencia se considere válida y verificable deberá identificar de forma explícita e inequívoca: proyectos o posiciones concretas con fechas de inicio y fin, cliente o entidad, y el rol específico desempeñado por esta persona. No se admitirán afirmaciones genéricas no verificables (p. ej. 'participación en proyectos de transformación digital' sin mayor detalle).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Años de experiencia acreditados en este rol</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 xml:space="preserve">   </w:t>
            </w:r>
            <w:r>
              <w:rPr>
                <w:rFonts w:eastAsia="ＭＳ 明朝" w:cs="" w:ascii="Times New Roman" w:hAnsi="Times New Roman"/>
                <w:kern w:val="0"/>
                <w:sz w:val="20"/>
                <w:szCs w:val="22"/>
                <w:lang w:val="en-US" w:eastAsia="en-US" w:bidi="ar-SA"/>
              </w:rPr>
              <w:t>años (desde [AÑO INICIO])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Descripción resumida de la experiencia (iniciativas, clientes, hitos)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4. EXPERIENCIA PROFESIONAL (ÚLTIMOS 10 AÑOS)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Indique en orden cronológico inverso. Añada filas si fuera necesario.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Organización / Empresa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br/>
              <w:t>(MM/AAAA–MM/AAAA)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Cargo / Puesto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Funciones principales</w:t>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5. PROYECTOS RELEVANTES RELACIONADOS CON EL OBJETO DEL CONTRATO</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Incluya un máximo de 5 proyectos con mayor relación con el objeto de este contrato (economía del dato, espacios de datos, gobierno del dato, administración local). Estos proyectos, junto con los del resto del equipo, sustentan el criterio de valoración 'Experiencia y adecuación del equipo por encima de los mínimos de solvencia'.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Nombre del proyecto</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Cliente / Entidad</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Descripción y relación con el objeto del contrato</w:t>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rPr/>
      </w:pPr>
      <w:r>
        <w:rPr/>
      </w:r>
      <w:r>
        <w:br w:type="page"/>
      </w:r>
    </w:p>
    <w:p>
      <w:pPr>
        <w:pStyle w:val="Normal"/>
        <w:spacing w:before="0" w:after="80"/>
        <w:jc w:val="left"/>
        <w:rPr/>
      </w:pPr>
      <w:r>
        <w:rPr>
          <w:rFonts w:ascii="Calibri" w:hAnsi="Calibri"/>
          <w:b/>
          <w:color w:val="1F5C99"/>
          <w:sz w:val="26"/>
        </w:rPr>
        <w:t>PERFIL 3</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Este bloque corresponde a UN rol cubierto por UNA persona. Si esta misma persona cubre un segundo rol de los 4 mínimos, duplique este bloque completo (por ejemplo, como «PERFIL 3 bis» o reordenando la numeración) y cumplimente en él el segundo rol, repitiendo sus datos personales.</w:t>
      </w:r>
    </w:p>
    <w:p>
      <w:pPr>
        <w:pStyle w:val="Normal"/>
        <w:spacing w:before="200" w:after="80"/>
        <w:rPr/>
      </w:pPr>
      <w:r>
        <w:rPr>
          <w:rFonts w:ascii="Calibri" w:hAnsi="Calibri"/>
          <w:b/>
          <w:sz w:val="22"/>
        </w:rPr>
        <w:t>1. DATOS PERSONALES</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 (*)</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Correo electrónico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 de contacto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2. ROL QUE CUBRE ESTE PERFIL (*)</w:t>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Marque UN único rol para este perfil. Un mismo perfil solo puede cubrir un rol; si la persona cubre un segundo rol de los cuatro mínimos, duplique este bloque completo en otro PERFIL y márquelo allí (no marque dos roles en el mismo bloque).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Rol (marque uno)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Requisito mínimo asociado</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A. Director/a del proyecto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más de 8 años de experiencia en economía del dato, gobierno del dato o transformación digital del sector público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B. Experto/a en espacios de datos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experiencia demostrable en 3 iniciativas de espacios de datos o compartición de datos (europeas o nacionales) en los últimos 5 años</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C. Experto/a en sector público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del marco jurídico y organizativo de las administraciones públicas españolas, incluida la administración local, con 5 años de experiencia</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D. Experto/a en administración local y territorial e implantación organizativa</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acreditado de la gestión pública local y supramunicipal, y experiencia en el diseño e implantación de estrategias, planes o proyectos organizativos en el sector público, con 5 años de experiencia</w:t>
            </w:r>
          </w:p>
        </w:tc>
      </w:tr>
    </w:tbl>
    <w:p>
      <w:pPr>
        <w:pStyle w:val="Normal"/>
        <w:rPr/>
      </w:pPr>
      <w:r>
        <w:rPr/>
      </w:r>
    </w:p>
    <w:p>
      <w:pPr>
        <w:pStyle w:val="Normal"/>
        <w:spacing w:before="200" w:after="80"/>
        <w:rPr/>
      </w:pPr>
      <w:r>
        <w:rPr>
          <w:rFonts w:ascii="Calibri" w:hAnsi="Calibri"/>
          <w:b/>
          <w:sz w:val="22"/>
        </w:rPr>
        <w:t>3. EXPERIENCIA ESPECÍFICA EN EL ROL MARCADO (*)</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Para que la experiencia se considere válida y verificable deberá identificar de forma explícita e inequívoca: proyectos o posiciones concretas con fechas de inicio y fin, cliente o entidad, y el rol específico desempeñado por esta persona. No se admitirán afirmaciones genéricas no verificables (p. ej. 'participación en proyectos de transformación digital' sin mayor detalle).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Años de experiencia acreditados en este rol</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 xml:space="preserve">   </w:t>
            </w:r>
            <w:r>
              <w:rPr>
                <w:rFonts w:eastAsia="ＭＳ 明朝" w:cs="" w:ascii="Times New Roman" w:hAnsi="Times New Roman"/>
                <w:kern w:val="0"/>
                <w:sz w:val="20"/>
                <w:szCs w:val="22"/>
                <w:lang w:val="en-US" w:eastAsia="en-US" w:bidi="ar-SA"/>
              </w:rPr>
              <w:t>años (desde [AÑO INICIO])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Descripción resumida de la experiencia (iniciativas, clientes, hitos)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4. EXPERIENCIA PROFESIONAL (ÚLTIMOS 10 AÑOS)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Indique en orden cronológico inverso. Añada filas si fuera necesario.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Organización / Empresa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br/>
              <w:t>(MM/AAAA–MM/AAAA)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Cargo / Puesto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Funciones principales</w:t>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5. PROYECTOS RELEVANTES RELACIONADOS CON EL OBJETO DEL CONTRATO</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Incluya un máximo de 5 proyectos con mayor relación con el objeto de este contrato (economía del dato, espacios de datos, gobierno del dato, administración local). Estos proyectos, junto con los del resto del equipo, sustentan el criterio de valoración 'Experiencia y adecuación del equipo por encima de los mínimos de solvencia'.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Nombre del proyecto</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Cliente / Entidad</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Descripción y relación con el objeto del contrato</w:t>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rPr/>
      </w:pPr>
      <w:r>
        <w:rPr/>
      </w:r>
      <w:r>
        <w:br w:type="page"/>
      </w:r>
    </w:p>
    <w:p>
      <w:pPr>
        <w:pStyle w:val="Normal"/>
        <w:spacing w:before="0" w:after="80"/>
        <w:jc w:val="left"/>
        <w:rPr/>
      </w:pPr>
      <w:r>
        <w:rPr>
          <w:rFonts w:ascii="Calibri" w:hAnsi="Calibri"/>
          <w:b/>
          <w:color w:val="1F5C99"/>
          <w:sz w:val="26"/>
        </w:rPr>
        <w:t>PERFIL 4</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Este bloque corresponde a UN rol cubierto por UNA persona. Si esta misma persona cubre un segundo rol de los 4 mínimos, duplique este bloque completo (por ejemplo, como «PERFIL 4 bis» o reordenando la numeración) y cumplimente en él el segundo rol, repitiendo sus datos personales.</w:t>
      </w:r>
    </w:p>
    <w:p>
      <w:pPr>
        <w:pStyle w:val="Normal"/>
        <w:spacing w:before="200" w:after="80"/>
        <w:rPr/>
      </w:pPr>
      <w:r>
        <w:rPr>
          <w:rFonts w:ascii="Calibri" w:hAnsi="Calibri"/>
          <w:b/>
          <w:sz w:val="22"/>
        </w:rPr>
        <w:t>1. DATOS PERSONALES</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 (*)</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Correo electrónico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 de contacto</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2. ROL QUE CUBRE ESTE PERFIL (*)</w:t>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Marque UN único rol para este perfil. Un mismo perfil solo puede cubrir un rol; si la persona cubre un segundo rol de los cuatro mínimos, duplique este bloque completo en otro PERFIL y márquelo allí (no marque dos roles en el mismo bloque).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Rol (marque uno)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Requisito mínimo asociado</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A. Director/a del proyecto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más de 8 años de experiencia en economía del dato, gobierno del dato o transformación digital del sector público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B. Experto/a en espacios de datos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experiencia demostrable en 3 iniciativas de espacios de datos o compartición de datos (europeas o nacionales) en los últimos 5 años</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C. Experto/a en sector público</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del marco jurídico y organizativo de las administraciones públicas españolas, incluida la administración local, con 5 años de experiencia</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D. Experto/a en administración local y territorial e implantación organizativa</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conocimiento acreditado de la gestión pública local y supramunicipal, y experiencia en el diseño e implantación de estrategias, planes o proyectos organizativos en el sector público, con 5 años de experiencia</w:t>
            </w:r>
          </w:p>
        </w:tc>
      </w:tr>
    </w:tbl>
    <w:p>
      <w:pPr>
        <w:pStyle w:val="Normal"/>
        <w:rPr/>
      </w:pPr>
      <w:r>
        <w:rPr/>
      </w:r>
    </w:p>
    <w:p>
      <w:pPr>
        <w:pStyle w:val="Normal"/>
        <w:spacing w:before="200" w:after="80"/>
        <w:rPr/>
      </w:pPr>
      <w:r>
        <w:rPr>
          <w:rFonts w:ascii="Calibri" w:hAnsi="Calibri"/>
          <w:b/>
          <w:sz w:val="22"/>
        </w:rPr>
        <w:t>3. EXPERIENCIA ESPECÍFICA EN EL ROL MARCADO (*)</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Para que la experiencia se considere válida y verificable deberá identificar de forma explícita e inequívoca: proyectos o posiciones concretas con fechas de inicio y fin, cliente o entidad, y el rol específico desempeñado por esta persona. No se admitirán afirmaciones genéricas no verificables (p. ej. 'participación en proyectos de transformación digital' sin mayor detalle).</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Años de experiencia acreditados en este rol</w:t>
            </w:r>
          </w:p>
        </w:tc>
        <w:tc>
          <w:tcPr>
            <w:tcW w:w="456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 xml:space="preserve">   </w:t>
            </w:r>
            <w:r>
              <w:rPr>
                <w:rFonts w:eastAsia="ＭＳ 明朝" w:cs="" w:ascii="Times New Roman" w:hAnsi="Times New Roman"/>
                <w:kern w:val="0"/>
                <w:sz w:val="20"/>
                <w:szCs w:val="22"/>
                <w:lang w:val="en-US" w:eastAsia="en-US" w:bidi="ar-SA"/>
              </w:rPr>
              <w:t>años (desde [AÑO INICIO])</w:t>
            </w:r>
          </w:p>
        </w:tc>
      </w:tr>
      <w:tr>
        <w:trPr/>
        <w:tc>
          <w:tcPr>
            <w:tcW w:w="4561"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Descripción resumida de la experiencia (iniciativas, clientes, hitos)</w:t>
            </w:r>
          </w:p>
        </w:tc>
        <w:tc>
          <w:tcPr>
            <w:tcW w:w="4560" w:type="dxa"/>
            <w:tcBorders/>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4. EXPERIENCIA PROFESIONAL (ÚLTIMOS 10 AÑOS)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Indique en orden cronológico inverso. Añada filas si fuera necesario.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Organización / Empresa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br/>
              <w:t>(MM/AAAA–MM/AAAA)</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Cargo / Puesto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Funciones principales</w:t>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737"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5. PROYECTOS RELEVANTES RELACIONADOS CON EL OBJETO DEL CONTRATO</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Incluya un máximo de 5 proyectos con mayor relación con el objeto de este contrato (economía del dato, espacios de datos, gobierno del dato, administración local). Estos proyectos, junto con los del resto del equipo, sustentan el criterio de valoración 'Experiencia y adecuación del equipo por encima de los mínimos de solvencia'. Si esta persona ya ha cumplimentado este apartado en otro PERFIL de este documento, puede escribir «Ver PERFIL N» en lugar de repetir la información.</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Nombre del proyecto</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Cliente / Entidad</w:t>
            </w:r>
          </w:p>
        </w:tc>
        <w:tc>
          <w:tcPr>
            <w:tcW w:w="2280"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Período</w:t>
            </w:r>
          </w:p>
        </w:tc>
        <w:tc>
          <w:tcPr>
            <w:tcW w:w="2279" w:type="dxa"/>
            <w:tcBorders/>
            <w:shd w:color="auto" w:fill="1F5C99" w:val="clear"/>
            <w:vAlign w:val="cente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Descripción y relación con el objeto del contrato</w:t>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850" w:hRule="atLeast"/>
        </w:trPr>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rPr/>
      </w:pPr>
      <w:r>
        <w:rPr/>
      </w:r>
      <w:r>
        <w:br w:type="page"/>
      </w:r>
    </w:p>
    <w:p>
      <w:pPr>
        <w:pStyle w:val="Normal"/>
        <w:spacing w:before="0" w:after="80"/>
        <w:rPr/>
      </w:pPr>
      <w:r>
        <w:rPr>
          <w:rFonts w:ascii="Calibri" w:hAnsi="Calibri"/>
          <w:b/>
          <w:sz w:val="22"/>
        </w:rPr>
        <w:t>DECLARACIÓN DE VERACIDAD Y FIRMAS</w:t>
      </w:r>
    </w:p>
    <w:p>
      <w:pPr>
        <w:pStyle w:val="Normal"/>
        <w:spacing w:before="40" w:after="80"/>
        <w:rPr/>
      </w:pPr>
      <w:r>
        <w:rPr>
          <w:rFonts w:ascii="Times New Roman" w:hAnsi="Times New Roman"/>
          <w:sz w:val="21"/>
        </w:rPr>
        <w:t>Las persona abajo firmante declara que los datos consignados en los currículos de este documento son veraces, completos y actualizados, y asumen la responsabilidad de cualquier inexactitud que pudiera derivarse de los mismos. Gaia-X España se reserva el derecho a solicitar documentación acreditativa y/o realizar entrevistas de verificación.</w:t>
      </w:r>
    </w:p>
    <w:p>
      <w:pPr>
        <w:pStyle w:val="Normal"/>
        <w:spacing w:before="40" w:after="80"/>
        <w:ind w:left="170"/>
        <w:rPr>
          <w:rFonts w:ascii="Times New Roman" w:hAnsi="Times New Roman"/>
          <w:i/>
          <w:i/>
          <w:color w:val="707070"/>
          <w:sz w:val="19"/>
        </w:rPr>
      </w:pPr>
      <w:r>
        <w:rPr/>
      </w:r>
    </w:p>
    <w:p>
      <w:pPr>
        <w:pStyle w:val="Normal"/>
        <w:spacing w:before="40" w:after="80"/>
        <w:ind w:left="170"/>
        <w:rPr>
          <w:rFonts w:ascii="Times New Roman" w:hAnsi="Times New Roman"/>
          <w:i/>
          <w:i/>
          <w:color w:val="707070"/>
          <w:sz w:val="19"/>
        </w:rPr>
      </w:pPr>
      <w:r>
        <w:rPr/>
      </w:r>
    </w:p>
    <w:p>
      <w:pPr>
        <w:pStyle w:val="Normal"/>
        <w:spacing w:before="40" w:after="80"/>
        <w:ind w:left="170"/>
        <w:rPr>
          <w:rFonts w:ascii="Times New Roman" w:hAnsi="Times New Roman"/>
          <w:i/>
          <w:i/>
          <w:color w:val="707070"/>
          <w:sz w:val="19"/>
        </w:rPr>
      </w:pPr>
      <w:r>
        <w:rPr/>
      </w:r>
    </w:p>
    <w:p>
      <w:pPr>
        <w:pStyle w:val="Normal"/>
        <w:spacing w:before="40" w:after="80"/>
        <w:ind w:left="170"/>
        <w:rPr>
          <w:rFonts w:ascii="Times New Roman" w:hAnsi="Times New Roman"/>
          <w:i/>
          <w:i/>
          <w:color w:val="707070"/>
          <w:sz w:val="19"/>
        </w:rPr>
      </w:pPr>
      <w:r>
        <w:rPr/>
      </w:r>
    </w:p>
    <w:p>
      <w:pPr>
        <w:pStyle w:val="Normal"/>
        <w:spacing w:before="40" w:after="80"/>
        <w:ind w:left="170"/>
        <w:rPr>
          <w:rFonts w:ascii="Times New Roman" w:hAnsi="Times New Roman"/>
          <w:i/>
          <w:i/>
          <w:color w:val="707070"/>
          <w:sz w:val="19"/>
        </w:rPr>
      </w:pPr>
      <w:r>
        <w:rPr/>
      </w:r>
    </w:p>
    <w:p>
      <w:pPr>
        <w:pStyle w:val="Normal"/>
        <w:spacing w:before="40" w:after="80"/>
        <w:ind w:left="170"/>
        <w:rPr/>
      </w:pPr>
      <w:r>
        <w:rPr>
          <w:rFonts w:ascii="Times New Roman" w:hAnsi="Times New Roman"/>
          <w:i/>
          <w:color w:val="707070"/>
          <w:sz w:val="19"/>
        </w:rPr>
        <w:t>Firma</w:t>
      </w:r>
    </w:p>
    <w:p>
      <w:pPr>
        <w:pStyle w:val="Normal"/>
        <w:pBdr>
          <w:bottom w:val="single" w:sz="6" w:space="1" w:color="CCCCCC"/>
        </w:pBdr>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Expediente: GAIX-ESP-2026-003 · Gaia-X España · Plazo de presentación: 24 de agosto de 2026</w:t>
      </w:r>
    </w:p>
    <w:sectPr>
      <w:type w:val="nextPage"/>
      <w:pgSz w:w="12240" w:h="15840"/>
      <w:pgMar w:left="1701"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52"/>
  <w:defaultTabStop w:val="720"/>
  <w:mailMerge>
    <w:mainDocumentType w:val="formLetters"/>
    <w:dataType w:val="textFile"/>
    <w:query w:val="SELECT * FROM cointributors.dbo.Sheet1$"/>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ages>10</Pages>
  <Words>2213</Words>
  <Characters>11850</Characters>
  <CharactersWithSpaces>13910</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es-ES</dc:language>
  <cp:lastModifiedBy/>
  <dcterms:modified xsi:type="dcterms:W3CDTF">2026-08-11T18:30:06Z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