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80"/>
        <w:jc w:val="left"/>
        <w:rPr/>
      </w:pPr>
      <w:r>
        <w:rPr>
          <w:rFonts w:ascii="Calibri" w:hAnsi="Calibri"/>
          <w:b/>
          <w:color w:val="1F5C99"/>
          <w:sz w:val="28"/>
        </w:rPr>
        <w:t>PLANTILLA DE CURRÍCULUM VITAE</w:t>
      </w:r>
    </w:p>
    <w:p>
      <w:pPr>
        <w:pStyle w:val="Normal"/>
        <w:spacing w:before="0" w:after="40"/>
        <w:rPr/>
      </w:pPr>
      <w:r>
        <w:rPr>
          <w:rFonts w:ascii="Calibri" w:hAnsi="Calibri"/>
          <w:color w:val="1F5C99"/>
          <w:sz w:val="22"/>
        </w:rPr>
        <w:t>PERFILES OBLIGATORIOS DEL EQUIPO DE TRABAJO</w:t>
      </w:r>
    </w:p>
    <w:p>
      <w:pPr>
        <w:pStyle w:val="Normal"/>
        <w:spacing w:before="0" w:after="40"/>
        <w:rPr/>
      </w:pPr>
      <w:r>
        <w:rPr>
          <w:rFonts w:ascii="Calibri" w:hAnsi="Calibri"/>
          <w:color w:val="1F5C99"/>
          <w:sz w:val="22"/>
        </w:rPr>
        <w:t>Archivo B – Propuesta Técnica</w:t>
      </w:r>
    </w:p>
    <w:p>
      <w:pPr>
        <w:pStyle w:val="Normal"/>
        <w:pBdr>
          <w:bottom w:val="single" w:sz="6" w:space="1" w:color="2E74B5"/>
        </w:pBdr>
        <w:rPr/>
      </w:pPr>
      <w:r>
        <w:rPr/>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Campo</w:t>
            </w:r>
          </w:p>
        </w:tc>
        <w:tc>
          <w:tcPr>
            <w:tcW w:w="4928"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Valor</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Referencia del expediente: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GAIX-ESP-2026-003</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Entidad convocante: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Asociación Gaia-X España (CIF: G72514771)</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Plazo de presentación:</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23 de julio de 2026, 17:00 h</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Canal de envío: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susana.estables@gaiax-spain.com</w:t>
            </w:r>
          </w:p>
        </w:tc>
      </w:tr>
    </w:tbl>
    <w:p>
      <w:pPr>
        <w:pStyle w:val="Normal"/>
        <w:rPr/>
      </w:pPr>
      <w:r>
        <w:rPr/>
      </w:r>
    </w:p>
    <w:p>
      <w:pPr>
        <w:pStyle w:val="Normal"/>
        <w:spacing w:before="40" w:after="80"/>
        <w:rPr/>
      </w:pPr>
      <w:r>
        <w:rPr>
          <w:rFonts w:ascii="Times New Roman" w:hAnsi="Times New Roman"/>
          <w:i/>
          <w:color w:val="707070"/>
          <w:sz w:val="19"/>
        </w:rPr>
        <w:t>Este documento contiene una plantilla de CV para cada uno de los tres perfiles cuya acreditación es requisito mínimo obligatorio de la licitación (sección 2.2 del Pliego). El incumplimiento de cualquiera de los tres perfiles supone exclusión automática. Cumplimente la sección correspondiente al perfil de cada persona y elimine las instrucciones en cursiva antes de incluirlo en el Archivo B. Utilice copias adicionales de la plantilla para el resto de miembros del equipo.</w:t>
      </w:r>
    </w:p>
    <w:tbl>
      <w:tblPr>
        <w:tblStyle w:val="TableGrid"/>
        <w:tblW w:w="985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859"/>
      </w:tblGrid>
      <w:tr>
        <w:trPr/>
        <w:tc>
          <w:tcPr>
            <w:tcW w:w="9859" w:type="dxa"/>
            <w:tcBorders/>
            <w:shd w:color="auto" w:fill="FFF3CD"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kern w:val="0"/>
                <w:sz w:val="19"/>
                <w:szCs w:val="22"/>
                <w:lang w:val="en-US" w:eastAsia="en-US" w:bidi="ar-SA"/>
              </w:rPr>
              <w:t xml:space="preserve">⚠  </w:t>
            </w:r>
            <w:r>
              <w:rPr>
                <w:rFonts w:eastAsia="ＭＳ 明朝" w:cs="" w:ascii="Calibri" w:hAnsi="Calibri"/>
                <w:b/>
                <w:kern w:val="0"/>
                <w:sz w:val="19"/>
                <w:szCs w:val="22"/>
                <w:lang w:val="en-US" w:eastAsia="en-US" w:bidi="ar-SA"/>
              </w:rPr>
              <w:t xml:space="preserve">REQUISITOS MÍNIMOS DE EXCLUSIÓN (sección 2.2 del Pliego):  (1) Perfil 1 — Director/a del proyecto: más de 5 años de experiencia en asesoría jurídico-administrativa de subvenciones públicas (Ley 38/2003); dedicación mínima del 10 % durante todo el contrato.  (2) Perfil 2 — Técnico/a jurídico-administrativo: experiencia acreditada en elaboración de memorias de actuación y memorias económicas de subvenciones de la AGE; dedicación mínima del </w:t>
            </w:r>
            <w:r>
              <w:rPr>
                <w:rFonts w:eastAsia="ＭＳ 明朝" w:cs="" w:ascii="Calibri" w:hAnsi="Calibri"/>
                <w:b/>
                <w:kern w:val="0"/>
                <w:sz w:val="19"/>
                <w:szCs w:val="22"/>
                <w:lang w:val="en-US" w:eastAsia="en-US" w:bidi="ar-SA"/>
              </w:rPr>
              <w:t>10</w:t>
            </w:r>
            <w:r>
              <w:rPr>
                <w:rFonts w:eastAsia="ＭＳ 明朝" w:cs="" w:ascii="Calibri" w:hAnsi="Calibri"/>
                <w:b/>
                <w:kern w:val="0"/>
                <w:sz w:val="19"/>
                <w:szCs w:val="22"/>
                <w:lang w:val="en-US" w:eastAsia="en-US" w:bidi="ar-SA"/>
              </w:rPr>
              <w:t xml:space="preserve"> % durante T2, T3 y T4.  (3) Perfil 3 — Técnico/a de soporte documental / contable: experiencia en gestión documental de justificaciones de subvenciones o en contabilidad de entidades sin fines lucrativos; dedicación mínima del </w:t>
            </w:r>
            <w:r>
              <w:rPr>
                <w:rFonts w:eastAsia="ＭＳ 明朝" w:cs="" w:ascii="Calibri" w:hAnsi="Calibri"/>
                <w:b/>
                <w:kern w:val="0"/>
                <w:sz w:val="19"/>
                <w:szCs w:val="22"/>
                <w:lang w:val="en-US" w:eastAsia="en-US" w:bidi="ar-SA"/>
              </w:rPr>
              <w:t>10</w:t>
            </w:r>
            <w:r>
              <w:rPr>
                <w:rFonts w:eastAsia="ＭＳ 明朝" w:cs="" w:ascii="Calibri" w:hAnsi="Calibri"/>
                <w:b/>
                <w:kern w:val="0"/>
                <w:sz w:val="19"/>
                <w:szCs w:val="22"/>
                <w:lang w:val="en-US" w:eastAsia="en-US" w:bidi="ar-SA"/>
              </w:rPr>
              <w:t xml:space="preserve"> % durante T2.</w:t>
            </w:r>
          </w:p>
        </w:tc>
      </w:tr>
    </w:tbl>
    <w:p>
      <w:pPr>
        <w:pStyle w:val="Normal"/>
        <w:rPr/>
      </w:pPr>
      <w:r>
        <w:rPr/>
      </w:r>
    </w:p>
    <w:p>
      <w:pPr>
        <w:pStyle w:val="Normal"/>
        <w:rPr/>
      </w:pPr>
      <w:r>
        <w:rPr/>
      </w:r>
      <w:r>
        <w:br w:type="page"/>
      </w:r>
    </w:p>
    <w:p>
      <w:pPr>
        <w:pStyle w:val="Normal"/>
        <w:spacing w:before="0" w:after="80"/>
        <w:jc w:val="left"/>
        <w:rPr/>
      </w:pPr>
      <w:r>
        <w:rPr>
          <w:rFonts w:ascii="Calibri" w:hAnsi="Calibri"/>
          <w:b/>
          <w:color w:val="1F5C99"/>
          <w:sz w:val="28"/>
        </w:rPr>
        <w:t>CV PERFIL 1 — DIRECTOR/A DEL PROYECTO</w:t>
      </w:r>
    </w:p>
    <w:p>
      <w:pPr>
        <w:pStyle w:val="Normal"/>
        <w:spacing w:before="0" w:after="40"/>
        <w:rPr/>
      </w:pPr>
      <w:r>
        <w:rPr>
          <w:rFonts w:ascii="Calibri" w:hAnsi="Calibri"/>
          <w:color w:val="1F5C99"/>
          <w:sz w:val="22"/>
        </w:rPr>
        <w:t>Archivo B – Propuesta Técnica  ·  GAIX-ESP-2026-003</w:t>
      </w:r>
    </w:p>
    <w:p>
      <w:pPr>
        <w:pStyle w:val="Normal"/>
        <w:pBdr>
          <w:bottom w:val="single" w:sz="6" w:space="1" w:color="2E74B5"/>
        </w:pBdr>
        <w:rPr/>
      </w:pPr>
      <w:r>
        <w:rPr/>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b/>
                <w:kern w:val="0"/>
                <w:sz w:val="20"/>
                <w:szCs w:val="22"/>
                <w:lang w:val="en-US" w:eastAsia="en-US" w:bidi="ar-SA"/>
              </w:rPr>
              <w:t>Referencia del expediente: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GAIX-ESP-2026-003</w:t>
            </w:r>
          </w:p>
        </w:tc>
      </w:tr>
      <w:tr>
        <w:trPr/>
        <w:tc>
          <w:tcPr>
            <w:tcW w:w="4929"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b/>
                <w:kern w:val="0"/>
                <w:sz w:val="20"/>
                <w:szCs w:val="22"/>
                <w:lang w:val="en-US" w:eastAsia="en-US" w:bidi="ar-SA"/>
              </w:rPr>
              <w:t>Entidad convocante: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Asociación Gaia-X España (CIF: G72514771)</w:t>
            </w:r>
          </w:p>
        </w:tc>
      </w:tr>
      <w:tr>
        <w:trPr/>
        <w:tc>
          <w:tcPr>
            <w:tcW w:w="4929"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b/>
                <w:kern w:val="0"/>
                <w:sz w:val="20"/>
                <w:szCs w:val="22"/>
                <w:lang w:val="en-US" w:eastAsia="en-US" w:bidi="ar-SA"/>
              </w:rPr>
              <w:t>Objeto del contrato: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Asesoría Jurídico-Administrativa y Soporte Técnico para la Preparación de la Justificación de la Subvención Nominativa 2023</w:t>
            </w:r>
          </w:p>
        </w:tc>
      </w:tr>
    </w:tbl>
    <w:p>
      <w:pPr>
        <w:pStyle w:val="Normal"/>
        <w:rPr/>
      </w:pPr>
      <w:r>
        <w:rPr/>
      </w:r>
    </w:p>
    <w:tbl>
      <w:tblPr>
        <w:tblStyle w:val="TableGrid"/>
        <w:tblW w:w="985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859"/>
      </w:tblGrid>
      <w:tr>
        <w:trPr/>
        <w:tc>
          <w:tcPr>
            <w:tcW w:w="9859" w:type="dxa"/>
            <w:tcBorders/>
            <w:shd w:color="auto" w:fill="FFF3CD"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kern w:val="0"/>
                <w:sz w:val="19"/>
                <w:szCs w:val="22"/>
                <w:lang w:val="en-US" w:eastAsia="en-US" w:bidi="ar-SA"/>
              </w:rPr>
              <w:t xml:space="preserve">⚠  </w:t>
            </w:r>
            <w:r>
              <w:rPr>
                <w:rFonts w:eastAsia="ＭＳ 明朝" w:cs="" w:ascii="Calibri" w:hAnsi="Calibri"/>
                <w:b/>
                <w:kern w:val="0"/>
                <w:sz w:val="19"/>
                <w:szCs w:val="22"/>
                <w:lang w:val="en-US" w:eastAsia="en-US" w:bidi="ar-SA"/>
              </w:rPr>
              <w:t>Requisito mínimo de exclusión (sección 2.2 del Pliego): esta persona debe acreditar MÁS DE 5 AÑOS de experiencia en asesoría jurídico-administrativa de subvenciones públicas (Ley 38/2003). Dedicación mínima: 10 % durante todo el contrato.</w:t>
            </w:r>
          </w:p>
        </w:tc>
      </w:tr>
    </w:tbl>
    <w:p>
      <w:pPr>
        <w:pStyle w:val="Normal"/>
        <w:rPr/>
      </w:pPr>
      <w:r>
        <w:rPr/>
      </w:r>
    </w:p>
    <w:p>
      <w:pPr>
        <w:pStyle w:val="Normal"/>
        <w:spacing w:before="40" w:after="80"/>
        <w:rPr/>
      </w:pPr>
      <w:r>
        <w:rPr>
          <w:rFonts w:ascii="Times New Roman" w:hAnsi="Times New Roman"/>
          <w:i/>
          <w:color w:val="707070"/>
          <w:sz w:val="19"/>
        </w:rPr>
        <w:t>Elementos valorados: Criterio B2 (hasta 8 pts): años de experiencia por encima del mínimo de 5, especificidad de la experiencia en el sector público digital o en entidades sin ánimo de lucro, y nivel de dedicación propuesto.</w:t>
      </w:r>
    </w:p>
    <w:p>
      <w:pPr>
        <w:pStyle w:val="Normal"/>
        <w:spacing w:before="200" w:after="80"/>
        <w:rPr/>
      </w:pPr>
      <w:r>
        <w:rPr>
          <w:rFonts w:ascii="Calibri" w:hAnsi="Calibri"/>
          <w:b/>
          <w:sz w:val="22"/>
        </w:rPr>
        <w:t>1.  DATOS PERSONALES</w:t>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Campo</w:t>
            </w:r>
          </w:p>
        </w:tc>
        <w:tc>
          <w:tcPr>
            <w:tcW w:w="4928"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Valor</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Nombre y apellidos (*)</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Correo electrónico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Teléfono de contacto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Titulación académica</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2.  EXPERIENCIA ESPECÍFICA REQUERIDA (*)</w:t>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Campo</w:t>
            </w:r>
          </w:p>
        </w:tc>
        <w:tc>
          <w:tcPr>
            <w:tcW w:w="4928"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Valor</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Años totales de experiencia en asesoría jurídico-administrativa de subvenciones públicas (*)</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 xml:space="preserve">        </w:t>
            </w:r>
            <w:r>
              <w:rPr>
                <w:rFonts w:eastAsia="ＭＳ 明朝" w:cs="" w:ascii="Times New Roman" w:hAnsi="Times New Roman"/>
                <w:kern w:val="0"/>
                <w:sz w:val="20"/>
                <w:szCs w:val="22"/>
                <w:lang w:val="en-US" w:eastAsia="en-US" w:bidi="ar-SA"/>
              </w:rPr>
              <w:t>años  (desde [AÑO INICIO])</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Descripción de la experiencia</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3.  EXPERIENCIA PROFESIONAL (ÚLTIMOS 10 AÑOS)</w:t>
      </w:r>
    </w:p>
    <w:p>
      <w:pPr>
        <w:pStyle w:val="Normal"/>
        <w:spacing w:before="40" w:after="80"/>
        <w:rPr/>
      </w:pPr>
      <w:r>
        <w:rPr>
          <w:rFonts w:ascii="Times New Roman" w:hAnsi="Times New Roman"/>
          <w:i/>
          <w:color w:val="707070"/>
          <w:sz w:val="19"/>
        </w:rPr>
        <w:t>Indique en orden cronológico inverso. Añada filas si es necesario.</w:t>
      </w:r>
    </w:p>
    <w:tbl>
      <w:tblPr>
        <w:tblStyle w:val="TableGrid"/>
        <w:tblW w:w="98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65"/>
        <w:gridCol w:w="2465"/>
        <w:gridCol w:w="2465"/>
        <w:gridCol w:w="2464"/>
      </w:tblGrid>
      <w:tr>
        <w:trPr/>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Organización / Empresa</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Período</w:t>
              <w:br/>
              <w:t>(MM/AAAA – MM/AAAA)</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Cargo / Puesto</w:t>
            </w:r>
          </w:p>
        </w:tc>
        <w:tc>
          <w:tcPr>
            <w:tcW w:w="2464"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Funciones principales</w:t>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4.  PROYECTOS RELEVANTES RELACIONADOS CON EL OBJETO DEL CONTRATO</w:t>
      </w:r>
    </w:p>
    <w:p>
      <w:pPr>
        <w:pStyle w:val="Normal"/>
        <w:spacing w:before="40" w:after="80"/>
        <w:rPr/>
      </w:pPr>
      <w:r>
        <w:rPr>
          <w:rFonts w:ascii="Times New Roman" w:hAnsi="Times New Roman"/>
          <w:i/>
          <w:color w:val="707070"/>
          <w:sz w:val="19"/>
        </w:rPr>
        <w:t>Incluya hasta 5 proyectos de justificación de subvenciones públicas (Ley 38/2003), preferentemente de la AGE, del ecosistema digital / I+D+i o con entidades del tercer sector. Para la acreditación formal de los requisitos R1 y R2 utilice además el documento A3_Lista_Referencias (Archivo A).</w:t>
      </w:r>
    </w:p>
    <w:tbl>
      <w:tblPr>
        <w:tblStyle w:val="TableGrid"/>
        <w:tblW w:w="98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65"/>
        <w:gridCol w:w="2465"/>
        <w:gridCol w:w="2465"/>
        <w:gridCol w:w="2464"/>
      </w:tblGrid>
      <w:tr>
        <w:trPr/>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Nombre del proyecto</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Cliente / Entidad</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Período</w:t>
            </w:r>
          </w:p>
        </w:tc>
        <w:tc>
          <w:tcPr>
            <w:tcW w:w="2464"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Descripción y relación con el objeto del contrato</w:t>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DECLARACIÓN Y FIRMA</w:t>
      </w:r>
    </w:p>
    <w:p>
      <w:pPr>
        <w:pStyle w:val="Normal"/>
        <w:spacing w:before="40" w:after="80"/>
        <w:rPr/>
      </w:pPr>
      <w:r>
        <w:rPr>
          <w:rFonts w:ascii="Times New Roman" w:hAnsi="Times New Roman"/>
          <w:sz w:val="21"/>
        </w:rPr>
        <w:t>El/La abajo firmante declara que los datos consignados en el presente currículum vitae son veraces, completos y actualizados, y asume la responsabilidad de cualquier inexactitud. Gaia-X España se reserva el derecho a solicitar documentación acreditativa y/o realizar entrevistas de verificación (sección 2.2 del Pliego).</w:t>
      </w:r>
    </w:p>
    <w:p>
      <w:pPr>
        <w:pStyle w:val="Normal"/>
        <w:spacing w:before="40" w:after="60"/>
        <w:rPr/>
      </w:pPr>
      <w:r>
        <w:rPr>
          <w:rFonts w:ascii="Times New Roman" w:hAnsi="Times New Roman"/>
          <w:b/>
          <w:sz w:val="21"/>
        </w:rPr>
        <w:t xml:space="preserve">Nombre y apellidos:  </w:t>
      </w:r>
      <w:r>
        <w:rPr>
          <w:rFonts w:ascii="Times New Roman" w:hAnsi="Times New Roman"/>
          <w:sz w:val="21"/>
        </w:rPr>
        <w:t>[NOMBRE Y APELLIDOS]</w:t>
      </w:r>
    </w:p>
    <w:p>
      <w:pPr>
        <w:pStyle w:val="Normal"/>
        <w:spacing w:before="40" w:after="60"/>
        <w:rPr/>
      </w:pPr>
      <w:r>
        <w:rPr>
          <w:rFonts w:ascii="Times New Roman" w:hAnsi="Times New Roman"/>
          <w:b/>
          <w:sz w:val="21"/>
        </w:rPr>
        <w:t xml:space="preserve">Lugar y fecha:  </w:t>
      </w:r>
      <w:r>
        <w:rPr>
          <w:rFonts w:ascii="Times New Roman" w:hAnsi="Times New Roman"/>
          <w:sz w:val="21"/>
        </w:rPr>
        <w:t>[CIUDAD], a [DÍA] de [MES] de 2026</w:t>
      </w:r>
    </w:p>
    <w:p>
      <w:pPr>
        <w:pStyle w:val="Normal"/>
        <w:spacing w:before="40" w:after="80"/>
        <w:rPr/>
      </w:pPr>
      <w:r>
        <w:rPr>
          <w:rFonts w:ascii="Times New Roman" w:hAnsi="Times New Roman"/>
          <w:sz w:val="21"/>
        </w:rPr>
        <w:t>Firma:</w:t>
      </w:r>
    </w:p>
    <w:p>
      <w:pPr>
        <w:pStyle w:val="Normal"/>
        <w:rPr/>
      </w:pPr>
      <w:r>
        <w:rPr/>
      </w:r>
    </w:p>
    <w:p>
      <w:pPr>
        <w:pStyle w:val="Normal"/>
        <w:spacing w:before="40" w:after="80"/>
        <w:rPr/>
      </w:pPr>
      <w:r>
        <w:rPr>
          <w:rFonts w:ascii="Times New Roman" w:hAnsi="Times New Roman"/>
          <w:sz w:val="21"/>
        </w:rPr>
        <w:t>____________________________________________</w:t>
      </w:r>
    </w:p>
    <w:p>
      <w:pPr>
        <w:pStyle w:val="Normal"/>
        <w:rPr/>
      </w:pPr>
      <w:r>
        <w:rPr/>
      </w:r>
    </w:p>
    <w:p>
      <w:pPr>
        <w:pStyle w:val="Normal"/>
        <w:pBdr>
          <w:bottom w:val="single" w:sz="6" w:space="1" w:color="2E74B5"/>
        </w:pBdr>
        <w:rPr/>
      </w:pPr>
      <w:r>
        <w:rPr/>
      </w:r>
    </w:p>
    <w:p>
      <w:pPr>
        <w:pStyle w:val="Normal"/>
        <w:rPr/>
      </w:pPr>
      <w:r>
        <w:rPr>
          <w:rFonts w:ascii="Calibri" w:hAnsi="Calibri"/>
          <w:color w:val="707070"/>
          <w:sz w:val="17"/>
        </w:rPr>
        <w:t>Expediente: GAIX-ESP-2026-003 · Gaia-X España · Plazo de presentación: 23 de julio de 2026, 17:00 h · Canal: susana.estables@gaiax-spain.com</w:t>
      </w:r>
    </w:p>
    <w:p>
      <w:pPr>
        <w:pStyle w:val="Normal"/>
        <w:rPr/>
      </w:pPr>
      <w:r>
        <w:rPr/>
      </w:r>
      <w:r>
        <w:br w:type="page"/>
      </w:r>
    </w:p>
    <w:p>
      <w:pPr>
        <w:pStyle w:val="Normal"/>
        <w:spacing w:before="0" w:after="80"/>
        <w:jc w:val="left"/>
        <w:rPr/>
      </w:pPr>
      <w:r>
        <w:rPr>
          <w:rFonts w:ascii="Calibri" w:hAnsi="Calibri"/>
          <w:b/>
          <w:color w:val="1F5C99"/>
          <w:sz w:val="28"/>
        </w:rPr>
        <w:t>CV PERFIL 2 — TÉCNICO/A JURÍDICO-ADMINISTRATIVO</w:t>
      </w:r>
    </w:p>
    <w:p>
      <w:pPr>
        <w:pStyle w:val="Normal"/>
        <w:spacing w:before="0" w:after="40"/>
        <w:rPr/>
      </w:pPr>
      <w:r>
        <w:rPr>
          <w:rFonts w:ascii="Calibri" w:hAnsi="Calibri"/>
          <w:color w:val="1F5C99"/>
          <w:sz w:val="22"/>
        </w:rPr>
        <w:t>Archivo B – Propuesta Técnica  ·  GAIX-ESP-2026-003</w:t>
      </w:r>
    </w:p>
    <w:p>
      <w:pPr>
        <w:pStyle w:val="Normal"/>
        <w:pBdr>
          <w:bottom w:val="single" w:sz="6" w:space="1" w:color="2E74B5"/>
        </w:pBdr>
        <w:rPr/>
      </w:pPr>
      <w:r>
        <w:rPr/>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b/>
                <w:kern w:val="0"/>
                <w:sz w:val="20"/>
                <w:szCs w:val="22"/>
                <w:lang w:val="en-US" w:eastAsia="en-US" w:bidi="ar-SA"/>
              </w:rPr>
              <w:t>Referencia del expediente: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GAIX-ESP-2026-003</w:t>
            </w:r>
          </w:p>
        </w:tc>
      </w:tr>
      <w:tr>
        <w:trPr/>
        <w:tc>
          <w:tcPr>
            <w:tcW w:w="4929"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b/>
                <w:kern w:val="0"/>
                <w:sz w:val="20"/>
                <w:szCs w:val="22"/>
                <w:lang w:val="en-US" w:eastAsia="en-US" w:bidi="ar-SA"/>
              </w:rPr>
              <w:t>Entidad convocante: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Asociación Gaia-X España (CIF: G72514771)</w:t>
            </w:r>
          </w:p>
        </w:tc>
      </w:tr>
      <w:tr>
        <w:trPr/>
        <w:tc>
          <w:tcPr>
            <w:tcW w:w="4929"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b/>
                <w:kern w:val="0"/>
                <w:sz w:val="20"/>
                <w:szCs w:val="22"/>
                <w:lang w:val="en-US" w:eastAsia="en-US" w:bidi="ar-SA"/>
              </w:rPr>
              <w:t>Objeto del contrato: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Asesoría Jurídico-Administrativa y Soporte Técnico para la Preparación de la Justificación de la Subvención Nominativa 2023</w:t>
            </w:r>
          </w:p>
        </w:tc>
      </w:tr>
    </w:tbl>
    <w:p>
      <w:pPr>
        <w:pStyle w:val="Normal"/>
        <w:rPr/>
      </w:pPr>
      <w:r>
        <w:rPr/>
      </w:r>
    </w:p>
    <w:tbl>
      <w:tblPr>
        <w:tblStyle w:val="TableGrid"/>
        <w:tblW w:w="985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859"/>
      </w:tblGrid>
      <w:tr>
        <w:trPr/>
        <w:tc>
          <w:tcPr>
            <w:tcW w:w="9859" w:type="dxa"/>
            <w:tcBorders/>
            <w:shd w:color="auto" w:fill="FFF3CD"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kern w:val="0"/>
                <w:sz w:val="19"/>
                <w:szCs w:val="22"/>
                <w:lang w:val="en-US" w:eastAsia="en-US" w:bidi="ar-SA"/>
              </w:rPr>
              <w:t xml:space="preserve">⚠  </w:t>
            </w:r>
            <w:r>
              <w:rPr>
                <w:rFonts w:eastAsia="ＭＳ 明朝" w:cs="" w:ascii="Calibri" w:hAnsi="Calibri"/>
                <w:b/>
                <w:kern w:val="0"/>
                <w:sz w:val="19"/>
                <w:szCs w:val="22"/>
                <w:lang w:val="en-US" w:eastAsia="en-US" w:bidi="ar-SA"/>
              </w:rPr>
              <w:t xml:space="preserve">Requisito mínimo de exclusión (sección 2.2 del Pliego): esta persona debe acreditar experiencia en la elaboración de memorias de actuación y memorias económicas de subvenciones de la Administración General del Estado. Dedicación mínima: </w:t>
            </w:r>
            <w:r>
              <w:rPr>
                <w:rFonts w:eastAsia="ＭＳ 明朝" w:cs="" w:ascii="Calibri" w:hAnsi="Calibri"/>
                <w:b/>
                <w:kern w:val="0"/>
                <w:sz w:val="19"/>
                <w:szCs w:val="22"/>
                <w:lang w:val="en-US" w:eastAsia="en-US" w:bidi="ar-SA"/>
              </w:rPr>
              <w:t>10</w:t>
            </w:r>
            <w:r>
              <w:rPr>
                <w:rFonts w:eastAsia="ＭＳ 明朝" w:cs="" w:ascii="Calibri" w:hAnsi="Calibri"/>
                <w:b/>
                <w:kern w:val="0"/>
                <w:sz w:val="19"/>
                <w:szCs w:val="22"/>
                <w:lang w:val="en-US" w:eastAsia="en-US" w:bidi="ar-SA"/>
              </w:rPr>
              <w:t xml:space="preserve"> % durante las fases T2, T3 y T4.</w:t>
            </w:r>
          </w:p>
        </w:tc>
      </w:tr>
    </w:tbl>
    <w:p>
      <w:pPr>
        <w:pStyle w:val="Normal"/>
        <w:rPr/>
      </w:pPr>
      <w:r>
        <w:rPr/>
      </w:r>
    </w:p>
    <w:p>
      <w:pPr>
        <w:pStyle w:val="Normal"/>
        <w:spacing w:before="40" w:after="80"/>
        <w:rPr/>
      </w:pPr>
      <w:r>
        <w:rPr>
          <w:rFonts w:ascii="Times New Roman" w:hAnsi="Times New Roman"/>
          <w:i/>
          <w:color w:val="707070"/>
          <w:sz w:val="19"/>
        </w:rPr>
        <w:t>Elementos valorados: Criterio B2 (hasta 7 pts, junto con el resto del equipo técnico-jurídico): formación, experiencia y composición del equipo de soporte.</w:t>
      </w:r>
    </w:p>
    <w:p>
      <w:pPr>
        <w:pStyle w:val="Normal"/>
        <w:spacing w:before="200" w:after="80"/>
        <w:rPr/>
      </w:pPr>
      <w:r>
        <w:rPr>
          <w:rFonts w:ascii="Calibri" w:hAnsi="Calibri"/>
          <w:b/>
          <w:sz w:val="22"/>
        </w:rPr>
        <w:t>1.  DATOS PERSONALES</w:t>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Campo</w:t>
            </w:r>
          </w:p>
        </w:tc>
        <w:tc>
          <w:tcPr>
            <w:tcW w:w="4928"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Valor</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Nombre y apellidos (*)</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Correo electrónico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Teléfono de contacto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Titulación académica</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2.  EXPERIENCIA ESPECÍFICA REQUERIDA (*)</w:t>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Campo</w:t>
            </w:r>
          </w:p>
        </w:tc>
        <w:tc>
          <w:tcPr>
            <w:tcW w:w="4928"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Valor</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Años de experiencia en memorias de actuación y económicas de subvenciones AGE (*)</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 xml:space="preserve">        </w:t>
            </w:r>
            <w:r>
              <w:rPr>
                <w:rFonts w:eastAsia="ＭＳ 明朝" w:cs="" w:ascii="Times New Roman" w:hAnsi="Times New Roman"/>
                <w:kern w:val="0"/>
                <w:sz w:val="20"/>
                <w:szCs w:val="22"/>
                <w:lang w:val="en-US" w:eastAsia="en-US" w:bidi="ar-SA"/>
              </w:rPr>
              <w:t>años  (desde [AÑO INICIO])</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Descripción de la experiencia</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3.  EXPERIENCIA PROFESIONAL (ÚLTIMOS 10 AÑOS)</w:t>
      </w:r>
    </w:p>
    <w:p>
      <w:pPr>
        <w:pStyle w:val="Normal"/>
        <w:spacing w:before="40" w:after="80"/>
        <w:rPr/>
      </w:pPr>
      <w:r>
        <w:rPr>
          <w:rFonts w:ascii="Times New Roman" w:hAnsi="Times New Roman"/>
          <w:i/>
          <w:color w:val="707070"/>
          <w:sz w:val="19"/>
        </w:rPr>
        <w:t>Indique en orden cronológico inverso. Añada filas si es necesario.</w:t>
      </w:r>
    </w:p>
    <w:tbl>
      <w:tblPr>
        <w:tblStyle w:val="TableGrid"/>
        <w:tblW w:w="98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65"/>
        <w:gridCol w:w="2465"/>
        <w:gridCol w:w="2465"/>
        <w:gridCol w:w="2464"/>
      </w:tblGrid>
      <w:tr>
        <w:trPr/>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Organización / Empresa</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Período</w:t>
              <w:br/>
              <w:t>(MM/AAAA – MM/AAAA)</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Cargo / Puesto</w:t>
            </w:r>
          </w:p>
        </w:tc>
        <w:tc>
          <w:tcPr>
            <w:tcW w:w="2464"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Funciones principales</w:t>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4.  PROYECTOS RELEVANTES RELACIONADOS CON EL OBJETO DEL CONTRATO</w:t>
      </w:r>
    </w:p>
    <w:p>
      <w:pPr>
        <w:pStyle w:val="Normal"/>
        <w:spacing w:before="40" w:after="80"/>
        <w:rPr/>
      </w:pPr>
      <w:r>
        <w:rPr>
          <w:rFonts w:ascii="Times New Roman" w:hAnsi="Times New Roman"/>
          <w:i/>
          <w:color w:val="707070"/>
          <w:sz w:val="19"/>
        </w:rPr>
        <w:t>Incluya hasta 5 proyectos de justificación de subvenciones públicas (Ley 38/2003), preferentemente de la AGE, del ecosistema digital / I+D+i o con entidades del tercer sector. Para la acreditación formal de los requisitos R1 y R2 utilice además el documento A3_Lista_Referencias (Archivo A).</w:t>
      </w:r>
    </w:p>
    <w:tbl>
      <w:tblPr>
        <w:tblStyle w:val="TableGrid"/>
        <w:tblW w:w="98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65"/>
        <w:gridCol w:w="2465"/>
        <w:gridCol w:w="2465"/>
        <w:gridCol w:w="2464"/>
      </w:tblGrid>
      <w:tr>
        <w:trPr/>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Nombre del proyecto</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Cliente / Entidad</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Período</w:t>
            </w:r>
          </w:p>
        </w:tc>
        <w:tc>
          <w:tcPr>
            <w:tcW w:w="2464"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Descripción y relación con el objeto del contrato</w:t>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DECLARACIÓN Y FIRMA</w:t>
      </w:r>
    </w:p>
    <w:p>
      <w:pPr>
        <w:pStyle w:val="Normal"/>
        <w:spacing w:before="40" w:after="80"/>
        <w:rPr/>
      </w:pPr>
      <w:r>
        <w:rPr>
          <w:rFonts w:ascii="Times New Roman" w:hAnsi="Times New Roman"/>
          <w:sz w:val="21"/>
        </w:rPr>
        <w:t>El/La abajo firmante declara que los datos consignados en el presente currículum vitae son veraces, completos y actualizados, y asume la responsabilidad de cualquier inexactitud. Gaia-X España se reserva el derecho a solicitar documentación acreditativa y/o realizar entrevistas de verificación (sección 2.2 del Pliego).</w:t>
      </w:r>
    </w:p>
    <w:p>
      <w:pPr>
        <w:pStyle w:val="Normal"/>
        <w:spacing w:before="40" w:after="60"/>
        <w:rPr/>
      </w:pPr>
      <w:r>
        <w:rPr>
          <w:rFonts w:ascii="Times New Roman" w:hAnsi="Times New Roman"/>
          <w:b/>
          <w:sz w:val="21"/>
        </w:rPr>
        <w:t xml:space="preserve">Nombre y apellidos:  </w:t>
      </w:r>
      <w:r>
        <w:rPr>
          <w:rFonts w:ascii="Times New Roman" w:hAnsi="Times New Roman"/>
          <w:sz w:val="21"/>
        </w:rPr>
        <w:t>[NOMBRE Y APELLIDOS]</w:t>
      </w:r>
    </w:p>
    <w:p>
      <w:pPr>
        <w:pStyle w:val="Normal"/>
        <w:spacing w:before="40" w:after="60"/>
        <w:rPr/>
      </w:pPr>
      <w:r>
        <w:rPr>
          <w:rFonts w:ascii="Times New Roman" w:hAnsi="Times New Roman"/>
          <w:b/>
          <w:sz w:val="21"/>
        </w:rPr>
        <w:t xml:space="preserve">Lugar y fecha:  </w:t>
      </w:r>
      <w:r>
        <w:rPr>
          <w:rFonts w:ascii="Times New Roman" w:hAnsi="Times New Roman"/>
          <w:sz w:val="21"/>
        </w:rPr>
        <w:t>[CIUDAD], a [DÍA] de [MES] de 2026</w:t>
      </w:r>
    </w:p>
    <w:p>
      <w:pPr>
        <w:pStyle w:val="Normal"/>
        <w:spacing w:before="40" w:after="80"/>
        <w:rPr/>
      </w:pPr>
      <w:r>
        <w:rPr>
          <w:rFonts w:ascii="Times New Roman" w:hAnsi="Times New Roman"/>
          <w:sz w:val="21"/>
        </w:rPr>
        <w:t>Firma:</w:t>
      </w:r>
    </w:p>
    <w:p>
      <w:pPr>
        <w:pStyle w:val="Normal"/>
        <w:rPr/>
      </w:pPr>
      <w:r>
        <w:rPr/>
      </w:r>
    </w:p>
    <w:p>
      <w:pPr>
        <w:pStyle w:val="Normal"/>
        <w:spacing w:before="40" w:after="80"/>
        <w:rPr/>
      </w:pPr>
      <w:r>
        <w:rPr>
          <w:rFonts w:ascii="Times New Roman" w:hAnsi="Times New Roman"/>
          <w:sz w:val="21"/>
        </w:rPr>
        <w:t>____________________________________________</w:t>
      </w:r>
    </w:p>
    <w:p>
      <w:pPr>
        <w:pStyle w:val="Normal"/>
        <w:rPr/>
      </w:pPr>
      <w:r>
        <w:rPr/>
      </w:r>
    </w:p>
    <w:p>
      <w:pPr>
        <w:pStyle w:val="Normal"/>
        <w:pBdr>
          <w:bottom w:val="single" w:sz="6" w:space="1" w:color="2E74B5"/>
        </w:pBdr>
        <w:rPr/>
      </w:pPr>
      <w:r>
        <w:rPr/>
      </w:r>
    </w:p>
    <w:p>
      <w:pPr>
        <w:pStyle w:val="Normal"/>
        <w:rPr/>
      </w:pPr>
      <w:r>
        <w:rPr>
          <w:rFonts w:ascii="Calibri" w:hAnsi="Calibri"/>
          <w:color w:val="707070"/>
          <w:sz w:val="17"/>
        </w:rPr>
        <w:t>Expediente: GAIX-ESP-2026-003 · Gaia-X España · Plazo de presentación: 23 de julio de 2026, 17:00 h · Canal: susana.estables@gaiax-spain.com</w:t>
      </w:r>
    </w:p>
    <w:p>
      <w:pPr>
        <w:pStyle w:val="Normal"/>
        <w:rPr/>
      </w:pPr>
      <w:r>
        <w:rPr/>
      </w:r>
      <w:r>
        <w:br w:type="page"/>
      </w:r>
    </w:p>
    <w:p>
      <w:pPr>
        <w:pStyle w:val="Normal"/>
        <w:spacing w:before="0" w:after="80"/>
        <w:jc w:val="left"/>
        <w:rPr/>
      </w:pPr>
      <w:r>
        <w:rPr>
          <w:rFonts w:ascii="Calibri" w:hAnsi="Calibri"/>
          <w:b/>
          <w:color w:val="1F5C99"/>
          <w:sz w:val="28"/>
        </w:rPr>
        <w:t>CV PERFIL 3 — TÉCNICO/A DE SOPORTE DOCUMENTAL / CONTABLE</w:t>
      </w:r>
    </w:p>
    <w:p>
      <w:pPr>
        <w:pStyle w:val="Normal"/>
        <w:spacing w:before="0" w:after="40"/>
        <w:rPr/>
      </w:pPr>
      <w:r>
        <w:rPr>
          <w:rFonts w:ascii="Calibri" w:hAnsi="Calibri"/>
          <w:color w:val="1F5C99"/>
          <w:sz w:val="22"/>
        </w:rPr>
        <w:t>Archivo B – Propuesta Técnica  ·  GAIX-ESP-2026-003</w:t>
      </w:r>
    </w:p>
    <w:p>
      <w:pPr>
        <w:pStyle w:val="Normal"/>
        <w:pBdr>
          <w:bottom w:val="single" w:sz="6" w:space="1" w:color="2E74B5"/>
        </w:pBdr>
        <w:rPr/>
      </w:pPr>
      <w:r>
        <w:rPr/>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b/>
                <w:kern w:val="0"/>
                <w:sz w:val="20"/>
                <w:szCs w:val="22"/>
                <w:lang w:val="en-US" w:eastAsia="en-US" w:bidi="ar-SA"/>
              </w:rPr>
              <w:t>Referencia del expediente: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GAIX-ESP-2026-003</w:t>
            </w:r>
          </w:p>
        </w:tc>
      </w:tr>
      <w:tr>
        <w:trPr/>
        <w:tc>
          <w:tcPr>
            <w:tcW w:w="4929"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b/>
                <w:kern w:val="0"/>
                <w:sz w:val="20"/>
                <w:szCs w:val="22"/>
                <w:lang w:val="en-US" w:eastAsia="en-US" w:bidi="ar-SA"/>
              </w:rPr>
              <w:t>Entidad convocante:</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Asociación Gaia-X España (CIF: G72514771)</w:t>
            </w:r>
          </w:p>
        </w:tc>
      </w:tr>
      <w:tr>
        <w:trPr/>
        <w:tc>
          <w:tcPr>
            <w:tcW w:w="4929"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b/>
                <w:kern w:val="0"/>
                <w:sz w:val="20"/>
                <w:szCs w:val="22"/>
                <w:lang w:val="en-US" w:eastAsia="en-US" w:bidi="ar-SA"/>
              </w:rPr>
              <w:t>Objeto del contrato: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Asesoría Jurídico-Administrativa y Soporte Técnico para la Preparación de la Justificación de la Subvención Nominativa 2023</w:t>
            </w:r>
          </w:p>
        </w:tc>
      </w:tr>
    </w:tbl>
    <w:p>
      <w:pPr>
        <w:pStyle w:val="Normal"/>
        <w:rPr/>
      </w:pPr>
      <w:r>
        <w:rPr/>
      </w:r>
    </w:p>
    <w:tbl>
      <w:tblPr>
        <w:tblStyle w:val="TableGrid"/>
        <w:tblW w:w="985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859"/>
      </w:tblGrid>
      <w:tr>
        <w:trPr/>
        <w:tc>
          <w:tcPr>
            <w:tcW w:w="9859" w:type="dxa"/>
            <w:tcBorders/>
            <w:shd w:color="auto" w:fill="FFF3CD"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kern w:val="0"/>
                <w:sz w:val="19"/>
                <w:szCs w:val="22"/>
                <w:lang w:val="en-US" w:eastAsia="en-US" w:bidi="ar-SA"/>
              </w:rPr>
              <w:t xml:space="preserve">⚠  </w:t>
            </w:r>
            <w:r>
              <w:rPr>
                <w:rFonts w:eastAsia="ＭＳ 明朝" w:cs="" w:ascii="Calibri" w:hAnsi="Calibri"/>
                <w:b/>
                <w:kern w:val="0"/>
                <w:sz w:val="19"/>
                <w:szCs w:val="22"/>
                <w:lang w:val="en-US" w:eastAsia="en-US" w:bidi="ar-SA"/>
              </w:rPr>
              <w:t xml:space="preserve">Requisito mínimo de exclusión (sección 2.2 del Pliego): esta persona debe acreditar experiencia en gestión documental de justificaciones de subvenciones o en contabilidad de entidades sin fines lucrativos (RD 1491/2011). Dedicación mínima: </w:t>
            </w:r>
            <w:r>
              <w:rPr>
                <w:rFonts w:eastAsia="ＭＳ 明朝" w:cs="" w:ascii="Calibri" w:hAnsi="Calibri"/>
                <w:b/>
                <w:kern w:val="0"/>
                <w:sz w:val="19"/>
                <w:szCs w:val="22"/>
                <w:lang w:val="en-US" w:eastAsia="en-US" w:bidi="ar-SA"/>
              </w:rPr>
              <w:t>10</w:t>
            </w:r>
            <w:r>
              <w:rPr>
                <w:rFonts w:eastAsia="ＭＳ 明朝" w:cs="" w:ascii="Calibri" w:hAnsi="Calibri"/>
                <w:b/>
                <w:kern w:val="0"/>
                <w:sz w:val="19"/>
                <w:szCs w:val="22"/>
                <w:lang w:val="en-US" w:eastAsia="en-US" w:bidi="ar-SA"/>
              </w:rPr>
              <w:t xml:space="preserve"> % durante la fase T2.</w:t>
            </w:r>
          </w:p>
        </w:tc>
      </w:tr>
    </w:tbl>
    <w:p>
      <w:pPr>
        <w:pStyle w:val="Normal"/>
        <w:rPr/>
      </w:pPr>
      <w:r>
        <w:rPr/>
      </w:r>
    </w:p>
    <w:p>
      <w:pPr>
        <w:pStyle w:val="Normal"/>
        <w:spacing w:before="40" w:after="80"/>
        <w:rPr/>
      </w:pPr>
      <w:r>
        <w:rPr>
          <w:rFonts w:ascii="Times New Roman" w:hAnsi="Times New Roman"/>
          <w:i/>
          <w:color w:val="707070"/>
          <w:sz w:val="19"/>
        </w:rPr>
        <w:t>Elementos valorados: Criterio B2 (hasta 7 pts, junto con el resto del equipo técnico-jurídico): formación, experiencia y composición del equipo de soporte.</w:t>
      </w:r>
    </w:p>
    <w:p>
      <w:pPr>
        <w:pStyle w:val="Normal"/>
        <w:spacing w:before="200" w:after="80"/>
        <w:rPr/>
      </w:pPr>
      <w:r>
        <w:rPr>
          <w:rFonts w:ascii="Calibri" w:hAnsi="Calibri"/>
          <w:b/>
          <w:sz w:val="22"/>
        </w:rPr>
        <w:t>1.  DATOS PERSONALES</w:t>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Campo</w:t>
            </w:r>
          </w:p>
        </w:tc>
        <w:tc>
          <w:tcPr>
            <w:tcW w:w="4928"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Valor</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Nombre y apellidos (*)</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Correo electrónico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Teléfono de contacto</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Titulación académica</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2.  EXPERIENCIA ESPECÍFICA REQUERIDA (*)</w:t>
      </w:r>
    </w:p>
    <w:tbl>
      <w:tblPr>
        <w:tblStyle w:val="TableGrid"/>
        <w:tblW w:w="985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29"/>
        <w:gridCol w:w="4928"/>
      </w:tblGrid>
      <w:tr>
        <w:trPr/>
        <w:tc>
          <w:tcPr>
            <w:tcW w:w="4929"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Campo</w:t>
            </w:r>
          </w:p>
        </w:tc>
        <w:tc>
          <w:tcPr>
            <w:tcW w:w="4928"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20"/>
                <w:szCs w:val="22"/>
                <w:lang w:val="en-US" w:eastAsia="en-US" w:bidi="ar-SA"/>
              </w:rPr>
              <w:t>Valor</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Años de experiencia en gestión documental de justificaciones o contabilidad de ESFL (*)</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 xml:space="preserve">        </w:t>
            </w:r>
            <w:r>
              <w:rPr>
                <w:rFonts w:eastAsia="ＭＳ 明朝" w:cs="" w:ascii="Times New Roman" w:hAnsi="Times New Roman"/>
                <w:kern w:val="0"/>
                <w:sz w:val="20"/>
                <w:szCs w:val="22"/>
                <w:lang w:val="en-US" w:eastAsia="en-US" w:bidi="ar-SA"/>
              </w:rPr>
              <w:t>años  (desde [AÑO INICIO])</w:t>
            </w:r>
          </w:p>
        </w:tc>
      </w:tr>
      <w:tr>
        <w:trPr/>
        <w:tc>
          <w:tcPr>
            <w:tcW w:w="4929"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Times New Roman" w:hAnsi="Times New Roman"/>
                <w:kern w:val="0"/>
                <w:sz w:val="20"/>
                <w:szCs w:val="22"/>
                <w:lang w:val="en-US" w:eastAsia="en-US" w:bidi="ar-SA"/>
              </w:rPr>
              <w:t>Descripción de la experiencia</w:t>
            </w:r>
          </w:p>
        </w:tc>
        <w:tc>
          <w:tcPr>
            <w:tcW w:w="4928" w:type="dxa"/>
            <w:tcBorders/>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3.  EXPERIENCIA PROFESIONAL (ÚLTIMOS 10 AÑOS)</w:t>
      </w:r>
    </w:p>
    <w:p>
      <w:pPr>
        <w:pStyle w:val="Normal"/>
        <w:spacing w:before="40" w:after="80"/>
        <w:rPr/>
      </w:pPr>
      <w:r>
        <w:rPr>
          <w:rFonts w:ascii="Times New Roman" w:hAnsi="Times New Roman"/>
          <w:i/>
          <w:color w:val="707070"/>
          <w:sz w:val="19"/>
        </w:rPr>
        <w:t>Indique en orden cronológico inverso. Añada filas si es necesario.</w:t>
      </w:r>
    </w:p>
    <w:tbl>
      <w:tblPr>
        <w:tblStyle w:val="TableGrid"/>
        <w:tblW w:w="98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65"/>
        <w:gridCol w:w="2465"/>
        <w:gridCol w:w="2465"/>
        <w:gridCol w:w="2464"/>
      </w:tblGrid>
      <w:tr>
        <w:trPr/>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Organización / Empresa</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Período</w:t>
              <w:br/>
              <w:t>(MM/AAAA – MM/AAAA)</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Cargo / Puesto</w:t>
            </w:r>
          </w:p>
        </w:tc>
        <w:tc>
          <w:tcPr>
            <w:tcW w:w="2464"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Funciones principales</w:t>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4.  PROYECTOS RELEVANTES RELACIONADOS CON EL OBJETO DEL CONTRATO</w:t>
      </w:r>
    </w:p>
    <w:p>
      <w:pPr>
        <w:pStyle w:val="Normal"/>
        <w:spacing w:before="40" w:after="80"/>
        <w:rPr/>
      </w:pPr>
      <w:r>
        <w:rPr>
          <w:rFonts w:ascii="Times New Roman" w:hAnsi="Times New Roman"/>
          <w:i/>
          <w:color w:val="707070"/>
          <w:sz w:val="19"/>
        </w:rPr>
        <w:t>Incluya hasta 5 proyectos de justificación de subvenciones públicas (Ley 38/2003), preferentemente de la AGE, del ecosistema digital / I+D+i o con entidades del tercer sector. Para la acreditación formal de los requisitos R1 y R2 utilice además el documento A3_Lista_Referencias (Archivo A).</w:t>
      </w:r>
    </w:p>
    <w:tbl>
      <w:tblPr>
        <w:tblStyle w:val="TableGrid"/>
        <w:tblW w:w="98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65"/>
        <w:gridCol w:w="2465"/>
        <w:gridCol w:w="2465"/>
        <w:gridCol w:w="2464"/>
      </w:tblGrid>
      <w:tr>
        <w:trPr/>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Nombre del proyecto</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Cliente / Entidad</w:t>
            </w:r>
          </w:p>
        </w:tc>
        <w:tc>
          <w:tcPr>
            <w:tcW w:w="2465"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Período</w:t>
            </w:r>
          </w:p>
        </w:tc>
        <w:tc>
          <w:tcPr>
            <w:tcW w:w="2464" w:type="dxa"/>
            <w:tcBorders/>
            <w:shd w:color="auto" w:fill="1F5C99" w:val="clear"/>
            <w:vAlign w:val="cente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ascii="Calibri" w:hAnsi="Calibri"/>
                <w:b/>
                <w:color w:val="FFFFFF"/>
                <w:kern w:val="0"/>
                <w:sz w:val="19"/>
                <w:szCs w:val="22"/>
                <w:lang w:val="en-US" w:eastAsia="en-US" w:bidi="ar-SA"/>
              </w:rPr>
              <w:t>Descripción y relación con el objeto del contrato</w:t>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FFFFF"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r>
        <w:trPr>
          <w:trHeight w:val="680" w:hRule="atLeast"/>
        </w:trPr>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5"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c>
          <w:tcPr>
            <w:tcW w:w="2464" w:type="dxa"/>
            <w:tcBorders/>
            <w:shd w:color="auto" w:fill="F2F2F2" w:val="clear"/>
          </w:tcPr>
          <w:p>
            <w:pPr>
              <w:pStyle w:val="Normal"/>
              <w:widowControl/>
              <w:spacing w:lineRule="auto" w:line="240" w:before="0" w:after="0"/>
              <w:jc w:val="left"/>
              <w:rPr>
                <w:rFonts w:ascii="Cambria" w:hAnsi="Cambria" w:eastAsia="ＭＳ 明朝" w:cs=""/>
                <w:kern w:val="0"/>
                <w:sz w:val="22"/>
                <w:szCs w:val="22"/>
                <w:lang w:val="en-US" w:eastAsia="en-US" w:bidi="ar-SA"/>
              </w:rPr>
            </w:pPr>
            <w:r>
              <w:rPr>
                <w:rFonts w:eastAsia="ＭＳ 明朝" w:cs=""/>
                <w:kern w:val="0"/>
                <w:sz w:val="22"/>
                <w:szCs w:val="22"/>
                <w:lang w:val="en-US" w:eastAsia="en-US" w:bidi="ar-SA"/>
              </w:rPr>
            </w:r>
          </w:p>
        </w:tc>
      </w:tr>
    </w:tbl>
    <w:p>
      <w:pPr>
        <w:pStyle w:val="Normal"/>
        <w:rPr/>
      </w:pPr>
      <w:r>
        <w:rPr/>
      </w:r>
    </w:p>
    <w:p>
      <w:pPr>
        <w:pStyle w:val="Normal"/>
        <w:spacing w:before="200" w:after="80"/>
        <w:rPr/>
      </w:pPr>
      <w:r>
        <w:rPr>
          <w:rFonts w:ascii="Calibri" w:hAnsi="Calibri"/>
          <w:b/>
          <w:sz w:val="22"/>
        </w:rPr>
        <w:t>DECLARACIÓN Y FIRMA</w:t>
      </w:r>
    </w:p>
    <w:p>
      <w:pPr>
        <w:pStyle w:val="Normal"/>
        <w:spacing w:before="40" w:after="80"/>
        <w:rPr/>
      </w:pPr>
      <w:r>
        <w:rPr>
          <w:rFonts w:ascii="Times New Roman" w:hAnsi="Times New Roman"/>
          <w:sz w:val="21"/>
        </w:rPr>
        <w:t>El/La abajo firmante declara que los datos consignados en el presente currículum vitae son veraces, completos y actualizados, y asume la responsabilidad de cualquier inexactitud. Gaia-X España se reserva el derecho a solicitar documentación acreditativa y/o realizar entrevistas de verificación (sección 2.2 del Pliego).</w:t>
      </w:r>
    </w:p>
    <w:p>
      <w:pPr>
        <w:pStyle w:val="Normal"/>
        <w:spacing w:before="40" w:after="60"/>
        <w:rPr/>
      </w:pPr>
      <w:r>
        <w:rPr>
          <w:rFonts w:ascii="Times New Roman" w:hAnsi="Times New Roman"/>
          <w:b/>
          <w:sz w:val="21"/>
        </w:rPr>
        <w:t xml:space="preserve">Nombre y apellidos:  </w:t>
      </w:r>
      <w:r>
        <w:rPr>
          <w:rFonts w:ascii="Times New Roman" w:hAnsi="Times New Roman"/>
          <w:sz w:val="21"/>
        </w:rPr>
        <w:t>[NOMBRE Y APELLIDOS]</w:t>
      </w:r>
    </w:p>
    <w:p>
      <w:pPr>
        <w:pStyle w:val="Normal"/>
        <w:spacing w:before="40" w:after="60"/>
        <w:rPr/>
      </w:pPr>
      <w:r>
        <w:rPr>
          <w:rFonts w:ascii="Times New Roman" w:hAnsi="Times New Roman"/>
          <w:b/>
          <w:sz w:val="21"/>
        </w:rPr>
        <w:t xml:space="preserve">Lugar y fecha:  </w:t>
      </w:r>
      <w:r>
        <w:rPr>
          <w:rFonts w:ascii="Times New Roman" w:hAnsi="Times New Roman"/>
          <w:sz w:val="21"/>
        </w:rPr>
        <w:t>[CIUDAD], a [DÍA] de [MES] de 2026</w:t>
      </w:r>
    </w:p>
    <w:p>
      <w:pPr>
        <w:pStyle w:val="Normal"/>
        <w:spacing w:before="40" w:after="80"/>
        <w:rPr/>
      </w:pPr>
      <w:r>
        <w:rPr>
          <w:rFonts w:ascii="Times New Roman" w:hAnsi="Times New Roman"/>
          <w:sz w:val="21"/>
        </w:rPr>
        <w:t>Firma:</w:t>
      </w:r>
    </w:p>
    <w:p>
      <w:pPr>
        <w:pStyle w:val="Normal"/>
        <w:rPr/>
      </w:pPr>
      <w:r>
        <w:rPr/>
      </w:r>
    </w:p>
    <w:p>
      <w:pPr>
        <w:pStyle w:val="Normal"/>
        <w:spacing w:before="40" w:after="80"/>
        <w:rPr/>
      </w:pPr>
      <w:r>
        <w:rPr>
          <w:rFonts w:ascii="Times New Roman" w:hAnsi="Times New Roman"/>
          <w:sz w:val="21"/>
        </w:rPr>
        <w:t>____________________________________________</w:t>
      </w:r>
    </w:p>
    <w:p>
      <w:pPr>
        <w:pStyle w:val="Normal"/>
        <w:rPr/>
      </w:pPr>
      <w:r>
        <w:rPr/>
      </w:r>
    </w:p>
    <w:p>
      <w:pPr>
        <w:pStyle w:val="Normal"/>
        <w:pBdr>
          <w:bottom w:val="single" w:sz="6" w:space="1" w:color="2E74B5"/>
        </w:pBdr>
        <w:rPr/>
      </w:pPr>
      <w:r>
        <w:rPr/>
      </w:r>
    </w:p>
    <w:p>
      <w:pPr>
        <w:pStyle w:val="Normal"/>
        <w:widowControl/>
        <w:bidi w:val="0"/>
        <w:spacing w:lineRule="auto" w:line="276" w:before="0" w:after="200"/>
        <w:jc w:val="left"/>
        <w:rPr/>
      </w:pPr>
      <w:r>
        <w:rPr>
          <w:rFonts w:ascii="Calibri" w:hAnsi="Calibri"/>
          <w:color w:val="707070"/>
          <w:sz w:val="17"/>
        </w:rPr>
        <w:t>Expediente: GAIX-ESP-2026-003 · Gaia-X España · Plazo de presentación: 23 de julio de 2026, 17:00 h · Canal: susana.estables@gaiax-spain.com</w:t>
      </w:r>
    </w:p>
    <w:sectPr>
      <w:type w:val="nextPage"/>
      <w:pgSz w:w="12240" w:h="15840"/>
      <w:pgMar w:left="1247" w:right="1134"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alibri">
    <w:charset w:val="01"/>
    <w:family w:val="roman"/>
    <w:pitch w:val="variable"/>
  </w:font>
  <w:font w:name="Courier">
    <w:altName w:val="Courier New"/>
    <w:charset w:val="01"/>
    <w:family w:val="roman"/>
    <w:pitch w:val="variable"/>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52"/>
  <w:defaultTabStop w:val="720"/>
  <w:mailMerge>
    <w:mainDocumentType w:val="formLetters"/>
    <w:dataType w:val="textFile"/>
    <w:query w:val="SELECT * FROM cointributors.dbo.Sheet1$"/>
  </w:mailMerge>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ages>10</Pages>
  <Words>1205</Words>
  <Characters>7403</Characters>
  <CharactersWithSpaces>8538</CharactersWithSpaces>
  <Paragraphs>141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es-ES</dc:language>
  <cp:lastModifiedBy/>
  <dcterms:modified xsi:type="dcterms:W3CDTF">2026-07-07T09:32:35Z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