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80"/>
        <w:jc w:val="left"/>
        <w:rPr/>
      </w:pPr>
      <w:r>
        <w:rPr>
          <w:rFonts w:ascii="Calibri" w:hAnsi="Calibri"/>
          <w:b/>
          <w:color w:val="1F5C99"/>
          <w:sz w:val="28"/>
        </w:rPr>
        <w:t>LISTA DE REFERENCIAS — ACREDITACIÓN DE EXPERIENCIA</w:t>
      </w:r>
    </w:p>
    <w:p>
      <w:pPr>
        <w:pStyle w:val="Normal"/>
        <w:spacing w:before="0" w:after="40"/>
        <w:rPr/>
      </w:pPr>
      <w:r>
        <w:rPr>
          <w:rFonts w:ascii="Calibri" w:hAnsi="Calibri"/>
          <w:color w:val="1F5C99"/>
          <w:sz w:val="22"/>
        </w:rPr>
        <w:t>Archivo A – Documentación Administrativa  |  Requisitos R1 y R2 · Criterios A2 y A3</w:t>
      </w:r>
    </w:p>
    <w:p>
      <w:pPr>
        <w:pStyle w:val="Normal"/>
        <w:pBdr>
          <w:bottom w:val="single" w:sz="6" w:space="1" w:color="2E74B5"/>
        </w:pBdr>
        <w:rPr/>
      </w:pPr>
      <w:r>
        <w:rPr/>
      </w:r>
    </w:p>
    <w:tbl>
      <w:tblPr>
        <w:tblStyle w:val="TableGrid"/>
        <w:tblW w:w="98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9"/>
        <w:gridCol w:w="4928"/>
      </w:tblGrid>
      <w:tr>
        <w:trPr/>
        <w:tc>
          <w:tcPr>
            <w:tcW w:w="492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kern w:val="0"/>
                <w:sz w:val="20"/>
                <w:szCs w:val="22"/>
                <w:lang w:val="en-US" w:eastAsia="en-US" w:bidi="ar-SA"/>
              </w:rPr>
              <w:t>Referencia del expediente:</w:t>
            </w:r>
          </w:p>
        </w:tc>
        <w:tc>
          <w:tcPr>
            <w:tcW w:w="49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GAIX-ESP-2026-003</w:t>
            </w:r>
          </w:p>
        </w:tc>
      </w:tr>
      <w:tr>
        <w:trPr/>
        <w:tc>
          <w:tcPr>
            <w:tcW w:w="492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kern w:val="0"/>
                <w:sz w:val="20"/>
                <w:szCs w:val="22"/>
                <w:lang w:val="en-US" w:eastAsia="en-US" w:bidi="ar-SA"/>
              </w:rPr>
              <w:t>Entidad convocante:</w:t>
            </w:r>
          </w:p>
        </w:tc>
        <w:tc>
          <w:tcPr>
            <w:tcW w:w="49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Asociación Gaia-X España (CIF: G72514771)</w:t>
            </w:r>
          </w:p>
        </w:tc>
      </w:tr>
      <w:tr>
        <w:trPr/>
        <w:tc>
          <w:tcPr>
            <w:tcW w:w="492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b/>
                <w:kern w:val="0"/>
                <w:sz w:val="20"/>
                <w:szCs w:val="22"/>
                <w:lang w:val="en-US" w:eastAsia="en-US" w:bidi="ar-SA"/>
              </w:rPr>
              <w:t>Objeto del contrato:</w:t>
            </w:r>
          </w:p>
        </w:tc>
        <w:tc>
          <w:tcPr>
            <w:tcW w:w="49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Asesoría Jurídico-Administrativa y Soporte Técnico para la Preparación de la Justificación de la Subvención Nominativa 2023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40" w:after="80"/>
        <w:rPr/>
      </w:pPr>
      <w:r>
        <w:rPr>
          <w:rFonts w:ascii="Times New Roman" w:hAnsi="Times New Roman"/>
          <w:i/>
          <w:color w:val="707070"/>
          <w:sz w:val="19"/>
        </w:rPr>
        <w:t>Instrucciones: Cumplimente una fila por cada contrato de referencia. Los tres primeros contratos acreditan el requisito mínimo R1; los adicionales puntúan en los criterios A2 y A3 de la Parte IV del Pliego. Añada filas si es necesario.</w:t>
      </w:r>
    </w:p>
    <w:tbl>
      <w:tblPr>
        <w:tblStyle w:val="TableGrid"/>
        <w:tblW w:w="98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59"/>
      </w:tblGrid>
      <w:tr>
        <w:trPr/>
        <w:tc>
          <w:tcPr>
            <w:tcW w:w="9859" w:type="dxa"/>
            <w:tcBorders/>
            <w:shd w:color="auto" w:fill="FFF3CD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kern w:val="0"/>
                <w:sz w:val="19"/>
                <w:szCs w:val="22"/>
                <w:lang w:val="en-US" w:eastAsia="en-US" w:bidi="ar-SA"/>
              </w:rPr>
              <w:t xml:space="preserve">⚠  </w:t>
            </w:r>
            <w:r>
              <w:rPr>
                <w:rFonts w:eastAsia="ＭＳ 明朝" w:cs="" w:ascii="Calibri" w:hAnsi="Calibri"/>
                <w:b/>
                <w:kern w:val="0"/>
                <w:sz w:val="19"/>
                <w:szCs w:val="22"/>
                <w:lang w:val="en-US" w:eastAsia="en-US" w:bidi="ar-SA"/>
              </w:rPr>
              <w:t>REQUISITOS MÍNIMOS DE EXCLUSIÓN:  (R1) Al menos TRES (3) contratos de asesoría y/o soporte en justificación de subvenciones públicas bajo la Ley 38/2003 en los últimos cinco años, con indicación de organismo concedente, importe de la subvención justificada, año y contacto verificable.  (R2) Al menos UNO (1) de dichos contratos deberá corresponder a una subvención concedida por la Administración General del Estado (ministerios, secretarías de estado, agencias estatales). El incumplimiento de cualquiera de los dos requisitos supone la exclusión automática de la oferta.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eGrid"/>
        <w:tblW w:w="98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59"/>
      </w:tblGrid>
      <w:tr>
        <w:trPr/>
        <w:tc>
          <w:tcPr>
            <w:tcW w:w="985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kern w:val="0"/>
                <w:sz w:val="19"/>
                <w:szCs w:val="22"/>
                <w:lang w:val="en-US" w:eastAsia="en-US" w:bidi="ar-SA"/>
              </w:rPr>
              <w:t>Criterios de valoración asociados (Parte IV del Pliego):  A2 — Experiencia acreditada en justificación de subvenciones Ley 38/2003 (hasta 20 pts): solo se contabilizan contratos con subvención justificada ≥ 200.000 €; se bonifican con 2 pts adicionales los contratos con la SEDIA, el MAETD o MinDigital.  A3 — Experiencia con entidades del tercer sector (hasta 10 pts): contratos cuya entidad beneficiaria sea una asociación, fundación u otra entidad sin ánimo de lucro.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200" w:after="80"/>
        <w:rPr/>
      </w:pPr>
      <w:r>
        <w:rPr>
          <w:rFonts w:ascii="Calibri" w:hAnsi="Calibri"/>
          <w:b/>
          <w:sz w:val="22"/>
        </w:rPr>
        <w:t>SECCIÓN 1 — TABLA DE CONTRATOS DE REFERENCIA</w:t>
      </w:r>
    </w:p>
    <w:tbl>
      <w:tblPr>
        <w:tblStyle w:val="TableGrid"/>
        <w:tblW w:w="98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1"/>
        <w:gridCol w:w="2164"/>
        <w:gridCol w:w="1409"/>
        <w:gridCol w:w="1407"/>
        <w:gridCol w:w="1409"/>
        <w:gridCol w:w="1407"/>
        <w:gridCol w:w="1408"/>
      </w:tblGrid>
      <w:tr>
        <w:trPr/>
        <w:tc>
          <w:tcPr>
            <w:tcW w:w="651" w:type="dxa"/>
            <w:tcBorders/>
            <w:shd w:color="auto" w:fill="1F5C9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color w:val="FFFFFF"/>
                <w:kern w:val="0"/>
                <w:sz w:val="19"/>
                <w:szCs w:val="22"/>
                <w:lang w:val="en-US" w:eastAsia="en-US" w:bidi="ar-SA"/>
              </w:rPr>
              <w:t>Nº</w:t>
            </w:r>
          </w:p>
        </w:tc>
        <w:tc>
          <w:tcPr>
            <w:tcW w:w="2164" w:type="dxa"/>
            <w:tcBorders/>
            <w:shd w:color="auto" w:fill="1F5C9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color w:val="FFFFFF"/>
                <w:kern w:val="0"/>
                <w:sz w:val="19"/>
                <w:szCs w:val="22"/>
                <w:lang w:val="en-US" w:eastAsia="en-US" w:bidi="ar-SA"/>
              </w:rPr>
              <w:t>Organismo concedente de la subvención</w:t>
            </w:r>
          </w:p>
        </w:tc>
        <w:tc>
          <w:tcPr>
            <w:tcW w:w="1409" w:type="dxa"/>
            <w:tcBorders/>
            <w:shd w:color="auto" w:fill="1F5C9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color w:val="FFFFFF"/>
                <w:kern w:val="0"/>
                <w:sz w:val="19"/>
                <w:szCs w:val="22"/>
                <w:lang w:val="en-US" w:eastAsia="en-US" w:bidi="ar-SA"/>
              </w:rPr>
              <w:t>Año</w:t>
            </w:r>
          </w:p>
        </w:tc>
        <w:tc>
          <w:tcPr>
            <w:tcW w:w="1407" w:type="dxa"/>
            <w:tcBorders/>
            <w:shd w:color="auto" w:fill="1F5C9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color w:val="FFFFFF"/>
                <w:kern w:val="0"/>
                <w:sz w:val="19"/>
                <w:szCs w:val="22"/>
                <w:lang w:val="en-US" w:eastAsia="en-US" w:bidi="ar-SA"/>
              </w:rPr>
              <w:t>Importe subvención justificada (€)</w:t>
            </w:r>
          </w:p>
        </w:tc>
        <w:tc>
          <w:tcPr>
            <w:tcW w:w="1409" w:type="dxa"/>
            <w:tcBorders/>
            <w:shd w:color="auto" w:fill="1F5C9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color w:val="FFFFFF"/>
                <w:kern w:val="0"/>
                <w:sz w:val="19"/>
                <w:szCs w:val="22"/>
                <w:lang w:val="en-US" w:eastAsia="en-US" w:bidi="ar-SA"/>
              </w:rPr>
              <w:t>¿Concedida por la AGE? (Sí/No)</w:t>
            </w:r>
          </w:p>
        </w:tc>
        <w:tc>
          <w:tcPr>
            <w:tcW w:w="1407" w:type="dxa"/>
            <w:tcBorders/>
            <w:shd w:color="auto" w:fill="1F5C9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color w:val="FFFFFF"/>
                <w:kern w:val="0"/>
                <w:sz w:val="19"/>
                <w:szCs w:val="22"/>
                <w:lang w:val="en-US" w:eastAsia="en-US" w:bidi="ar-SA"/>
              </w:rPr>
              <w:t>¿Beneficiaria del tercer sector? (Sí/No)</w:t>
            </w:r>
          </w:p>
        </w:tc>
        <w:tc>
          <w:tcPr>
            <w:tcW w:w="1408" w:type="dxa"/>
            <w:tcBorders/>
            <w:shd w:color="auto" w:fill="1F5C9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color w:val="FFFFFF"/>
                <w:kern w:val="0"/>
                <w:sz w:val="19"/>
                <w:szCs w:val="22"/>
                <w:lang w:val="en-US" w:eastAsia="en-US" w:bidi="ar-SA"/>
              </w:rPr>
              <w:t>Contacto verificable (nombre, cargo, email / teléfono)</w:t>
            </w:r>
          </w:p>
        </w:tc>
      </w:tr>
      <w:tr>
        <w:trPr>
          <w:trHeight w:val="680" w:hRule="atLeast"/>
        </w:trPr>
        <w:tc>
          <w:tcPr>
            <w:tcW w:w="651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164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8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80" w:hRule="atLeast"/>
        </w:trPr>
        <w:tc>
          <w:tcPr>
            <w:tcW w:w="651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16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80" w:hRule="atLeast"/>
        </w:trPr>
        <w:tc>
          <w:tcPr>
            <w:tcW w:w="651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164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8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80" w:hRule="atLeast"/>
        </w:trPr>
        <w:tc>
          <w:tcPr>
            <w:tcW w:w="651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16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80" w:hRule="atLeast"/>
        </w:trPr>
        <w:tc>
          <w:tcPr>
            <w:tcW w:w="651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164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8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80" w:hRule="atLeast"/>
        </w:trPr>
        <w:tc>
          <w:tcPr>
            <w:tcW w:w="651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16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80" w:hRule="atLeast"/>
        </w:trPr>
        <w:tc>
          <w:tcPr>
            <w:tcW w:w="651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164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8" w:type="dxa"/>
            <w:tcBorders/>
            <w:shd w:color="auto" w:fill="F2F2F2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80" w:hRule="atLeast"/>
        </w:trPr>
        <w:tc>
          <w:tcPr>
            <w:tcW w:w="651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164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9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7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408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spacing w:before="40" w:after="80"/>
        <w:rPr/>
      </w:pPr>
      <w:r>
        <w:rPr>
          <w:rFonts w:ascii="Times New Roman" w:hAnsi="Times New Roman"/>
          <w:i/>
          <w:color w:val="707070"/>
          <w:sz w:val="19"/>
        </w:rPr>
        <w:t>(*) «AGE»: Administración General del Estado. Indique expresamente si el organismo concedente es la SEDIA, el MAETD o MinDigital, a efectos de la bonificación del criterio A2.</w:t>
      </w:r>
    </w:p>
    <w:p>
      <w:pPr>
        <w:pStyle w:val="Normal"/>
        <w:spacing w:before="200" w:after="80"/>
        <w:rPr/>
      </w:pPr>
      <w:r>
        <w:rPr>
          <w:rFonts w:ascii="Calibri" w:hAnsi="Calibri"/>
          <w:b/>
          <w:sz w:val="22"/>
        </w:rPr>
        <w:t>SECCIÓN 2 — DESCRIPCIÓN AMPLIADA (opcional)</w:t>
      </w:r>
    </w:p>
    <w:p>
      <w:pPr>
        <w:pStyle w:val="Normal"/>
        <w:spacing w:before="40" w:after="80"/>
        <w:rPr/>
      </w:pPr>
      <w:r>
        <w:rPr>
          <w:rFonts w:ascii="Times New Roman" w:hAnsi="Times New Roman"/>
          <w:i/>
          <w:color w:val="707070"/>
          <w:sz w:val="19"/>
        </w:rPr>
        <w:t>Si algún contrato requiere una descripción más extensa, desarrolle aquí los detalles relevantes: alcance del servicio prestado, modalidad de justificación (cuenta justificativa con informe de auditor, art. 74 RLGS), resultado de la justificación y referencias verificables. Indique el número de contrato al que corresponde cada bloque.</w:t>
      </w:r>
    </w:p>
    <w:p>
      <w:pPr>
        <w:pStyle w:val="Normal"/>
        <w:spacing w:before="40" w:after="60"/>
        <w:rPr/>
      </w:pPr>
      <w:r>
        <w:rPr>
          <w:rFonts w:ascii="Times New Roman" w:hAnsi="Times New Roman"/>
          <w:b/>
          <w:sz w:val="21"/>
        </w:rPr>
        <w:t xml:space="preserve">Contrato 1: </w:t>
      </w:r>
    </w:p>
    <w:p>
      <w:pPr>
        <w:pStyle w:val="Normal"/>
        <w:rPr/>
      </w:pPr>
      <w:r>
        <w:rPr/>
      </w:r>
    </w:p>
    <w:p>
      <w:pPr>
        <w:pStyle w:val="Normal"/>
        <w:spacing w:before="40" w:after="60"/>
        <w:rPr/>
      </w:pPr>
      <w:r>
        <w:rPr>
          <w:rFonts w:ascii="Times New Roman" w:hAnsi="Times New Roman"/>
          <w:b/>
          <w:sz w:val="21"/>
        </w:rPr>
        <w:t xml:space="preserve">Contrato 2: </w:t>
      </w:r>
    </w:p>
    <w:p>
      <w:pPr>
        <w:pStyle w:val="Normal"/>
        <w:rPr/>
      </w:pPr>
      <w:r>
        <w:rPr/>
      </w:r>
    </w:p>
    <w:p>
      <w:pPr>
        <w:pStyle w:val="Normal"/>
        <w:spacing w:before="40" w:after="60"/>
        <w:rPr/>
      </w:pPr>
      <w:r>
        <w:rPr>
          <w:rFonts w:ascii="Times New Roman" w:hAnsi="Times New Roman"/>
          <w:b/>
          <w:sz w:val="21"/>
        </w:rPr>
        <w:t xml:space="preserve">Contrato 3: </w:t>
      </w:r>
    </w:p>
    <w:p>
      <w:pPr>
        <w:pStyle w:val="Normal"/>
        <w:rPr/>
      </w:pPr>
      <w:r>
        <w:rPr/>
      </w:r>
    </w:p>
    <w:p>
      <w:pPr>
        <w:pStyle w:val="Normal"/>
        <w:spacing w:before="200" w:after="80"/>
        <w:rPr/>
      </w:pPr>
      <w:r>
        <w:rPr>
          <w:rFonts w:ascii="Calibri" w:hAnsi="Calibri"/>
          <w:b/>
          <w:sz w:val="22"/>
        </w:rPr>
        <w:t>DECLARACIÓN</w:t>
      </w:r>
    </w:p>
    <w:p>
      <w:pPr>
        <w:pStyle w:val="Normal"/>
        <w:spacing w:before="40" w:after="80"/>
        <w:rPr/>
      </w:pPr>
      <w:r>
        <w:rPr>
          <w:rFonts w:ascii="Times New Roman" w:hAnsi="Times New Roman"/>
          <w:sz w:val="21"/>
        </w:rPr>
        <w:t>El/La abajo firmante, en nombre y representación de la entidad licitadora, declara que los contratos indicados en el presente documento han sido efectivamente ejecutados por la entidad y/o por los miembros del equipo adscritos al presente contrato, y que la información consignada es veraz y verificable. Autoriza a Gaia-X España a contactar con las referencias indicadas y a solicitar documentación acreditativa adicional.</w:t>
      </w:r>
    </w:p>
    <w:p>
      <w:pPr>
        <w:pStyle w:val="Normal"/>
        <w:spacing w:before="200" w:after="80"/>
        <w:rPr/>
      </w:pPr>
      <w:r>
        <w:rPr>
          <w:rFonts w:ascii="Calibri" w:hAnsi="Calibri"/>
          <w:b/>
          <w:sz w:val="22"/>
        </w:rPr>
        <w:t>FIRMA DEL REPRESENTANTE LEGAL</w:t>
      </w:r>
    </w:p>
    <w:p>
      <w:pPr>
        <w:pStyle w:val="Normal"/>
        <w:spacing w:before="40" w:after="60"/>
        <w:rPr/>
      </w:pPr>
      <w:r>
        <w:rPr>
          <w:rFonts w:ascii="Times New Roman" w:hAnsi="Times New Roman"/>
          <w:b/>
          <w:sz w:val="21"/>
        </w:rPr>
        <w:t xml:space="preserve">Nombre y apellidos: </w:t>
      </w:r>
      <w:r>
        <w:rPr>
          <w:rFonts w:ascii="Times New Roman" w:hAnsi="Times New Roman"/>
          <w:sz w:val="21"/>
        </w:rPr>
        <w:t>[NOMBRE Y APELLIDOS DEL FIRMANTE]</w:t>
      </w:r>
    </w:p>
    <w:p>
      <w:pPr>
        <w:pStyle w:val="Normal"/>
        <w:spacing w:before="40" w:after="60"/>
        <w:rPr/>
      </w:pPr>
      <w:r>
        <w:rPr>
          <w:rFonts w:ascii="Times New Roman" w:hAnsi="Times New Roman"/>
          <w:b/>
          <w:sz w:val="21"/>
        </w:rPr>
        <w:t xml:space="preserve">Cargo: </w:t>
      </w:r>
      <w:r>
        <w:rPr>
          <w:rFonts w:ascii="Times New Roman" w:hAnsi="Times New Roman"/>
          <w:sz w:val="21"/>
        </w:rPr>
        <w:t>[CARGO EN LA EMPRESA]</w:t>
      </w:r>
    </w:p>
    <w:p>
      <w:pPr>
        <w:pStyle w:val="Normal"/>
        <w:spacing w:before="40" w:after="60"/>
        <w:rPr/>
      </w:pPr>
      <w:r>
        <w:rPr>
          <w:rFonts w:ascii="Times New Roman" w:hAnsi="Times New Roman"/>
          <w:b/>
          <w:sz w:val="21"/>
        </w:rPr>
        <w:t xml:space="preserve">En nombre de: </w:t>
      </w:r>
      <w:r>
        <w:rPr>
          <w:rFonts w:ascii="Times New Roman" w:hAnsi="Times New Roman"/>
          <w:sz w:val="21"/>
        </w:rPr>
        <w:t>[RAZÓN SOCIAL DE LA EMPRESA]</w:t>
      </w:r>
    </w:p>
    <w:p>
      <w:pPr>
        <w:pStyle w:val="Normal"/>
        <w:spacing w:before="40" w:after="60"/>
        <w:rPr/>
      </w:pPr>
      <w:r>
        <w:rPr>
          <w:rFonts w:ascii="Times New Roman" w:hAnsi="Times New Roman"/>
          <w:b/>
          <w:sz w:val="21"/>
        </w:rPr>
        <w:t xml:space="preserve">CIF de la empresa: </w:t>
      </w:r>
      <w:r>
        <w:rPr>
          <w:rFonts w:ascii="Times New Roman" w:hAnsi="Times New Roman"/>
          <w:sz w:val="21"/>
        </w:rPr>
        <w:t>[CIF]</w:t>
      </w:r>
    </w:p>
    <w:p>
      <w:pPr>
        <w:pStyle w:val="Normal"/>
        <w:spacing w:before="40" w:after="60"/>
        <w:rPr/>
      </w:pPr>
      <w:r>
        <w:rPr>
          <w:rFonts w:ascii="Times New Roman" w:hAnsi="Times New Roman"/>
          <w:b/>
          <w:sz w:val="21"/>
        </w:rPr>
        <w:t xml:space="preserve">Lugar y fecha: </w:t>
      </w:r>
      <w:r>
        <w:rPr>
          <w:rFonts w:ascii="Times New Roman" w:hAnsi="Times New Roman"/>
          <w:sz w:val="21"/>
        </w:rPr>
        <w:t>[CIUDAD], a [DÍA] de [MES] de 2026</w:t>
      </w:r>
    </w:p>
    <w:p>
      <w:pPr>
        <w:pStyle w:val="Normal"/>
        <w:rPr/>
      </w:pPr>
      <w:r>
        <w:rPr/>
      </w:r>
    </w:p>
    <w:p>
      <w:pPr>
        <w:pStyle w:val="Normal"/>
        <w:spacing w:before="40" w:after="80"/>
        <w:rPr/>
      </w:pPr>
      <w:r>
        <w:rPr>
          <w:rFonts w:ascii="Times New Roman" w:hAnsi="Times New Roman"/>
          <w:sz w:val="21"/>
        </w:rPr>
        <w:t>Firma y sello de la entidad: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40" w:after="80"/>
        <w:rPr/>
      </w:pPr>
      <w:r>
        <w:rPr>
          <w:rFonts w:ascii="Times New Roman" w:hAnsi="Times New Roman"/>
          <w:sz w:val="21"/>
        </w:rPr>
        <w:t>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6" w:space="1" w:color="2E74B5"/>
        </w:pBdr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ascii="Calibri" w:hAnsi="Calibri"/>
          <w:color w:val="707070"/>
          <w:sz w:val="17"/>
        </w:rPr>
        <w:t>Expediente: GAIX-ESP-2026-003 · Gaia-X España · Plazo de presentación: 23 de julio de 2026, 17:00 h · Canal: susana.estables@gaiax-spain.com</w:t>
      </w:r>
    </w:p>
    <w:sectPr>
      <w:type w:val="nextPage"/>
      <w:pgSz w:w="12240" w:h="15840"/>
      <w:pgMar w:left="1247" w:right="1134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52"/>
  <w:defaultTabStop w:val="720"/>
  <w:mailMerge>
    <w:mainDocumentType w:val="formLetters"/>
    <w:dataType w:val="textFile"/>
    <w:query w:val="SELECT * FROM cointributors.dbo.Sheet1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LibreOffice/24.2.7.2$Linux_X86_64 LibreOffice_project/420$Build-2</Application>
  <AppVersion>15.0000</AppVersion>
  <Pages>3</Pages>
  <Words>490</Words>
  <Characters>2894</Characters>
  <CharactersWithSpaces>3364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es-ES</dc:language>
  <cp:lastModifiedBy/>
  <dcterms:modified xsi:type="dcterms:W3CDTF">2026-07-07T09:28:51Z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